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4A0" w:firstRow="1" w:lastRow="0" w:firstColumn="1" w:lastColumn="0" w:noHBand="0" w:noVBand="1"/>
      </w:tblPr>
      <w:tblGrid>
        <w:gridCol w:w="9360"/>
      </w:tblGrid>
      <w:tr w:rsidR="00527F01" w:rsidRPr="003B7711" w14:paraId="46E4D333" w14:textId="77777777">
        <w:trPr>
          <w:jc w:val="center"/>
        </w:trPr>
        <w:tc>
          <w:tcPr>
            <w:tcW w:w="9360" w:type="dxa"/>
            <w:tcBorders>
              <w:left w:val="single" w:sz="24" w:space="0" w:color="1F4E79"/>
            </w:tcBorders>
            <w:shd w:val="clear" w:color="auto" w:fill="F2F5F8"/>
          </w:tcPr>
          <w:p w14:paraId="158C6AAB" w14:textId="77777777" w:rsidR="00527F01" w:rsidRPr="00464C29" w:rsidRDefault="009C76BE">
            <w:pPr>
              <w:spacing w:after="0"/>
              <w:rPr>
                <w:lang w:val="fr-SN"/>
              </w:rPr>
            </w:pPr>
            <w:r w:rsidRPr="00464C29">
              <w:rPr>
                <w:b/>
                <w:color w:val="1F4E79"/>
                <w:lang w:val="fr-SN"/>
              </w:rPr>
              <w:t xml:space="preserve">RÉFÉRENCE TRANSACTION ESCRO : </w:t>
            </w:r>
            <w:r w:rsidRPr="00464C29">
              <w:rPr>
                <w:lang w:val="fr-SN"/>
              </w:rPr>
              <w:t>[Numéro de transaction généré]</w:t>
            </w:r>
          </w:p>
        </w:tc>
      </w:tr>
    </w:tbl>
    <w:p w14:paraId="53872464" w14:textId="77777777" w:rsidR="00527F01" w:rsidRPr="00464C29" w:rsidRDefault="009C76BE">
      <w:pPr>
        <w:spacing w:before="480" w:after="80"/>
        <w:jc w:val="center"/>
        <w:rPr>
          <w:lang w:val="fr-SN"/>
        </w:rPr>
      </w:pPr>
      <w:r w:rsidRPr="00464C29">
        <w:rPr>
          <w:b/>
          <w:color w:val="1F4E79"/>
          <w:sz w:val="44"/>
          <w:lang w:val="fr-SN"/>
        </w:rPr>
        <w:t>CONTRAT DE PRESTATION DE SERVICES</w:t>
      </w:r>
    </w:p>
    <w:p w14:paraId="028BFA81" w14:textId="77777777" w:rsidR="00527F01" w:rsidRPr="00464C29" w:rsidRDefault="009C76BE">
      <w:pPr>
        <w:spacing w:after="480"/>
        <w:jc w:val="center"/>
        <w:rPr>
          <w:lang w:val="fr-SN"/>
        </w:rPr>
      </w:pPr>
      <w:r w:rsidRPr="00464C29">
        <w:rPr>
          <w:i/>
          <w:color w:val="595959"/>
          <w:lang w:val="fr-SN"/>
        </w:rPr>
        <w:t>(Soumis aux dispositions de l'Acte Uniforme de l'OHADA)</w:t>
      </w:r>
    </w:p>
    <w:p w14:paraId="4F15E919" w14:textId="77777777" w:rsidR="00527F01" w:rsidRDefault="009C76BE">
      <w:pPr>
        <w:spacing w:after="240"/>
      </w:pPr>
      <w:r>
        <w:rPr>
          <w:b/>
          <w:sz w:val="22"/>
        </w:rPr>
        <w:t xml:space="preserve">Entre les </w:t>
      </w:r>
      <w:proofErr w:type="spellStart"/>
      <w:proofErr w:type="gramStart"/>
      <w:r>
        <w:rPr>
          <w:b/>
          <w:sz w:val="22"/>
        </w:rPr>
        <w:t>soussignés</w:t>
      </w:r>
      <w:proofErr w:type="spellEnd"/>
      <w:r>
        <w:rPr>
          <w:b/>
          <w:sz w:val="22"/>
        </w:rPr>
        <w:t xml:space="preserve"> :</w:t>
      </w:r>
      <w:proofErr w:type="gramEnd"/>
    </w:p>
    <w:tbl>
      <w:tblPr>
        <w:tblW w:w="0" w:type="auto"/>
        <w:jc w:val="center"/>
        <w:tblLayout w:type="fixed"/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27F01" w:rsidRPr="003B7711" w14:paraId="59D0DF5A" w14:textId="77777777">
        <w:trPr>
          <w:jc w:val="center"/>
        </w:trPr>
        <w:tc>
          <w:tcPr>
            <w:tcW w:w="312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9FBFD"/>
          </w:tcPr>
          <w:p w14:paraId="169C53CE" w14:textId="77777777" w:rsidR="00527F01" w:rsidRPr="00464C29" w:rsidRDefault="009C76BE">
            <w:pPr>
              <w:rPr>
                <w:lang w:val="fr-SN"/>
              </w:rPr>
            </w:pPr>
            <w:r w:rsidRPr="00464C29">
              <w:rPr>
                <w:b/>
                <w:color w:val="1F4E79"/>
                <w:sz w:val="22"/>
                <w:lang w:val="fr-SN"/>
              </w:rPr>
              <w:t>LE CLIENT</w:t>
            </w:r>
          </w:p>
          <w:p w14:paraId="0647C9A6" w14:textId="77777777" w:rsidR="00527F01" w:rsidRPr="00464C29" w:rsidRDefault="009C76BE">
            <w:pPr>
              <w:spacing w:after="80"/>
              <w:rPr>
                <w:lang w:val="fr-SN"/>
              </w:rPr>
            </w:pPr>
            <w:r w:rsidRPr="00464C29">
              <w:rPr>
                <w:b/>
                <w:lang w:val="fr-SN"/>
              </w:rPr>
              <w:t>[Nom / Dénomination sociale du Client]</w:t>
            </w:r>
          </w:p>
          <w:p w14:paraId="0B0FA78B" w14:textId="77777777" w:rsidR="00527F01" w:rsidRPr="00464C29" w:rsidRDefault="009C76BE">
            <w:pPr>
              <w:spacing w:after="80"/>
              <w:rPr>
                <w:lang w:val="fr-SN"/>
              </w:rPr>
            </w:pPr>
            <w:r w:rsidRPr="00464C29">
              <w:rPr>
                <w:b/>
                <w:lang w:val="fr-SN"/>
              </w:rPr>
              <w:t xml:space="preserve">RCCM : </w:t>
            </w:r>
            <w:r w:rsidRPr="00464C29">
              <w:rPr>
                <w:lang w:val="fr-SN"/>
              </w:rPr>
              <w:t>[Numéro RCCM]</w:t>
            </w:r>
          </w:p>
          <w:p w14:paraId="729B48D9" w14:textId="77777777" w:rsidR="00527F01" w:rsidRPr="00464C29" w:rsidRDefault="009C76BE">
            <w:pPr>
              <w:spacing w:after="80"/>
              <w:rPr>
                <w:lang w:val="fr-SN"/>
              </w:rPr>
            </w:pPr>
            <w:r w:rsidRPr="00464C29">
              <w:rPr>
                <w:b/>
                <w:lang w:val="fr-SN"/>
              </w:rPr>
              <w:t xml:space="preserve">Siège social : </w:t>
            </w:r>
            <w:r w:rsidRPr="00464C29">
              <w:rPr>
                <w:lang w:val="fr-SN"/>
              </w:rPr>
              <w:t>[Adresse complète]</w:t>
            </w:r>
          </w:p>
          <w:p w14:paraId="4A46A65E" w14:textId="77777777" w:rsidR="00527F01" w:rsidRPr="00464C29" w:rsidRDefault="009C76BE">
            <w:pPr>
              <w:rPr>
                <w:lang w:val="fr-SN"/>
              </w:rPr>
            </w:pPr>
            <w:r w:rsidRPr="00464C29">
              <w:rPr>
                <w:b/>
                <w:lang w:val="fr-SN"/>
              </w:rPr>
              <w:t xml:space="preserve">Représenté par : </w:t>
            </w:r>
            <w:r w:rsidRPr="00464C29">
              <w:rPr>
                <w:lang w:val="fr-SN"/>
              </w:rPr>
              <w:t>[Prénom et Nom du représentant], en qualité de [Fonction]</w:t>
            </w:r>
          </w:p>
          <w:p w14:paraId="13692F9B" w14:textId="77777777" w:rsidR="00527F01" w:rsidRPr="00464C29" w:rsidRDefault="009C76BE">
            <w:pPr>
              <w:spacing w:after="0"/>
              <w:rPr>
                <w:lang w:val="fr-SN"/>
              </w:rPr>
            </w:pPr>
            <w:r w:rsidRPr="00464C29">
              <w:rPr>
                <w:i/>
                <w:color w:val="595959"/>
                <w:sz w:val="19"/>
                <w:lang w:val="fr-SN"/>
              </w:rPr>
              <w:t>Ci-après dénommé(e) « le Client »</w:t>
            </w:r>
          </w:p>
        </w:tc>
        <w:tc>
          <w:tcPr>
            <w:tcW w:w="3120" w:type="dxa"/>
          </w:tcPr>
          <w:p w14:paraId="4553FD6A" w14:textId="77777777" w:rsidR="00527F01" w:rsidRPr="00464C29" w:rsidRDefault="00527F01">
            <w:pPr>
              <w:rPr>
                <w:lang w:val="fr-SN"/>
              </w:rPr>
            </w:pPr>
          </w:p>
        </w:tc>
        <w:tc>
          <w:tcPr>
            <w:tcW w:w="3120" w:type="dxa"/>
            <w:tcBorders>
              <w:top w:val="single" w:sz="4" w:space="0" w:color="D0D7DE"/>
              <w:left w:val="single" w:sz="4" w:space="0" w:color="D0D7DE"/>
              <w:bottom w:val="single" w:sz="4" w:space="0" w:color="D0D7DE"/>
              <w:right w:val="single" w:sz="4" w:space="0" w:color="D0D7DE"/>
            </w:tcBorders>
            <w:shd w:val="clear" w:color="auto" w:fill="F9FBFD"/>
          </w:tcPr>
          <w:p w14:paraId="422D9683" w14:textId="77777777" w:rsidR="00527F01" w:rsidRPr="00464C29" w:rsidRDefault="009C76BE">
            <w:pPr>
              <w:rPr>
                <w:lang w:val="fr-SN"/>
              </w:rPr>
            </w:pPr>
            <w:r w:rsidRPr="00464C29">
              <w:rPr>
                <w:b/>
                <w:color w:val="1F4E79"/>
                <w:sz w:val="22"/>
                <w:lang w:val="fr-SN"/>
              </w:rPr>
              <w:t>LE PRESTATAIRE</w:t>
            </w:r>
          </w:p>
          <w:p w14:paraId="69F3F29C" w14:textId="77777777" w:rsidR="00527F01" w:rsidRPr="00464C29" w:rsidRDefault="009C76BE">
            <w:pPr>
              <w:spacing w:after="80"/>
              <w:rPr>
                <w:lang w:val="fr-SN"/>
              </w:rPr>
            </w:pPr>
            <w:r w:rsidRPr="00464C29">
              <w:rPr>
                <w:b/>
                <w:lang w:val="fr-SN"/>
              </w:rPr>
              <w:t>[Nom / Dénomination sociale du Prestataire]</w:t>
            </w:r>
          </w:p>
          <w:p w14:paraId="4EAF2E67" w14:textId="77777777" w:rsidR="00527F01" w:rsidRPr="00464C29" w:rsidRDefault="009C76BE">
            <w:pPr>
              <w:spacing w:after="80"/>
              <w:rPr>
                <w:lang w:val="fr-SN"/>
              </w:rPr>
            </w:pPr>
            <w:r w:rsidRPr="00464C29">
              <w:rPr>
                <w:b/>
                <w:lang w:val="fr-SN"/>
              </w:rPr>
              <w:t xml:space="preserve">RCCM : </w:t>
            </w:r>
            <w:r w:rsidRPr="00464C29">
              <w:rPr>
                <w:lang w:val="fr-SN"/>
              </w:rPr>
              <w:t>[Numéro RCCM]</w:t>
            </w:r>
          </w:p>
          <w:p w14:paraId="3193F631" w14:textId="77777777" w:rsidR="00527F01" w:rsidRPr="00464C29" w:rsidRDefault="009C76BE">
            <w:pPr>
              <w:spacing w:after="80"/>
              <w:rPr>
                <w:lang w:val="fr-SN"/>
              </w:rPr>
            </w:pPr>
            <w:r w:rsidRPr="00464C29">
              <w:rPr>
                <w:b/>
                <w:lang w:val="fr-SN"/>
              </w:rPr>
              <w:t xml:space="preserve">Siège social : </w:t>
            </w:r>
            <w:r w:rsidRPr="00464C29">
              <w:rPr>
                <w:lang w:val="fr-SN"/>
              </w:rPr>
              <w:t>[Adresse complète]</w:t>
            </w:r>
          </w:p>
          <w:p w14:paraId="1458884D" w14:textId="77777777" w:rsidR="00527F01" w:rsidRPr="00464C29" w:rsidRDefault="009C76BE">
            <w:pPr>
              <w:rPr>
                <w:lang w:val="fr-SN"/>
              </w:rPr>
            </w:pPr>
            <w:r w:rsidRPr="00464C29">
              <w:rPr>
                <w:b/>
                <w:lang w:val="fr-SN"/>
              </w:rPr>
              <w:t xml:space="preserve">Représenté par : </w:t>
            </w:r>
            <w:r w:rsidRPr="00464C29">
              <w:rPr>
                <w:lang w:val="fr-SN"/>
              </w:rPr>
              <w:t>[Prénom et Nom du représentant], en qualité de [Fonction]</w:t>
            </w:r>
          </w:p>
          <w:p w14:paraId="2371A4ED" w14:textId="77777777" w:rsidR="00527F01" w:rsidRPr="00464C29" w:rsidRDefault="009C76BE">
            <w:pPr>
              <w:spacing w:after="0"/>
              <w:rPr>
                <w:lang w:val="fr-SN"/>
              </w:rPr>
            </w:pPr>
            <w:r w:rsidRPr="00464C29">
              <w:rPr>
                <w:i/>
                <w:color w:val="595959"/>
                <w:sz w:val="19"/>
                <w:lang w:val="fr-SN"/>
              </w:rPr>
              <w:t>Ci-après dénommé(e) « le Prestataire »</w:t>
            </w:r>
          </w:p>
        </w:tc>
      </w:tr>
    </w:tbl>
    <w:p w14:paraId="3D1575EF" w14:textId="77777777" w:rsidR="00527F01" w:rsidRPr="00464C29" w:rsidRDefault="009C76BE">
      <w:pPr>
        <w:spacing w:before="240" w:after="360"/>
        <w:jc w:val="center"/>
        <w:rPr>
          <w:lang w:val="fr-SN"/>
        </w:rPr>
      </w:pPr>
      <w:r w:rsidRPr="00464C29">
        <w:rPr>
          <w:b/>
          <w:i/>
          <w:lang w:val="fr-SN"/>
        </w:rPr>
        <w:t>Ci-après dénommées ensemble « les Parties ».</w:t>
      </w:r>
    </w:p>
    <w:p w14:paraId="7B5A1D6C" w14:textId="77777777" w:rsidR="00527F01" w:rsidRPr="00464C29" w:rsidRDefault="00527F01">
      <w:pPr>
        <w:pBdr>
          <w:bottom w:val="single" w:sz="6" w:space="1" w:color="D0D7DE"/>
        </w:pBdr>
        <w:rPr>
          <w:lang w:val="fr-SN"/>
        </w:rPr>
      </w:pPr>
    </w:p>
    <w:p w14:paraId="4B27C300" w14:textId="77777777" w:rsidR="00527F01" w:rsidRPr="00464C29" w:rsidRDefault="009C76BE">
      <w:pPr>
        <w:pStyle w:val="Heading2"/>
        <w:rPr>
          <w:lang w:val="fr-SN"/>
        </w:rPr>
      </w:pPr>
      <w:r w:rsidRPr="00464C29">
        <w:rPr>
          <w:lang w:val="fr-SN"/>
        </w:rPr>
        <w:t>ARTICLE 1 : OBJET DU CONTRAT</w:t>
      </w:r>
    </w:p>
    <w:p w14:paraId="4F70C020" w14:textId="77777777" w:rsidR="00527F01" w:rsidRPr="00464C29" w:rsidRDefault="009C76BE">
      <w:pPr>
        <w:rPr>
          <w:lang w:val="fr-SN"/>
        </w:rPr>
      </w:pPr>
      <w:r w:rsidRPr="00464C29">
        <w:rPr>
          <w:lang w:val="fr-SN"/>
        </w:rPr>
        <w:t>Le présent contrat a pour objet de définir les conditions dans lesquelles le Prestataire s'engage à fournir au Client les services suivants :</w:t>
      </w:r>
    </w:p>
    <w:p w14:paraId="33875F65" w14:textId="77777777" w:rsidR="00527F01" w:rsidRPr="00464C29" w:rsidRDefault="009C76BE">
      <w:pPr>
        <w:pStyle w:val="ListBullet"/>
        <w:spacing w:after="80"/>
        <w:rPr>
          <w:lang w:val="fr-SN"/>
        </w:rPr>
      </w:pPr>
      <w:r w:rsidRPr="00464C29">
        <w:rPr>
          <w:b/>
          <w:lang w:val="fr-SN"/>
        </w:rPr>
        <w:t xml:space="preserve">Description détaillée de la prestation : </w:t>
      </w:r>
      <w:r w:rsidRPr="00464C29">
        <w:rPr>
          <w:lang w:val="fr-SN"/>
        </w:rPr>
        <w:t xml:space="preserve">[Décrire précisément la prestation, </w:t>
      </w:r>
      <w:proofErr w:type="gramStart"/>
      <w:r w:rsidRPr="00464C29">
        <w:rPr>
          <w:lang w:val="fr-SN"/>
        </w:rPr>
        <w:t>ex:</w:t>
      </w:r>
      <w:proofErr w:type="gramEnd"/>
      <w:r w:rsidRPr="00464C29">
        <w:rPr>
          <w:lang w:val="fr-SN"/>
        </w:rPr>
        <w:t xml:space="preserve"> Création d'un site e-commerce, conception d'une charte graphique, audit de sécurité, etc.]</w:t>
      </w:r>
    </w:p>
    <w:p w14:paraId="6B638260" w14:textId="77777777" w:rsidR="00527F01" w:rsidRPr="00464C29" w:rsidRDefault="009C76BE">
      <w:pPr>
        <w:pStyle w:val="ListBullet"/>
        <w:spacing w:after="80"/>
        <w:rPr>
          <w:lang w:val="fr-SN"/>
        </w:rPr>
      </w:pPr>
      <w:r w:rsidRPr="00464C29">
        <w:rPr>
          <w:lang w:val="fr-SN"/>
        </w:rPr>
        <w:t>Ces services seront exécutés conformément au cahier des charges ou devis annexé au présent contrat (Annexe 1).</w:t>
      </w:r>
    </w:p>
    <w:p w14:paraId="638D9129" w14:textId="77777777" w:rsidR="00527F01" w:rsidRPr="00464C29" w:rsidRDefault="009C76BE">
      <w:pPr>
        <w:pStyle w:val="Heading2"/>
        <w:rPr>
          <w:lang w:val="fr-SN"/>
        </w:rPr>
      </w:pPr>
      <w:r w:rsidRPr="00464C29">
        <w:rPr>
          <w:lang w:val="fr-SN"/>
        </w:rPr>
        <w:t>ARTICLE 2 : DÉLAIS ET LIVRABLES</w:t>
      </w:r>
    </w:p>
    <w:p w14:paraId="4906CE80" w14:textId="77777777" w:rsidR="00527F01" w:rsidRPr="00464C29" w:rsidRDefault="009C76BE">
      <w:pPr>
        <w:rPr>
          <w:lang w:val="fr-SN"/>
        </w:rPr>
      </w:pPr>
      <w:r w:rsidRPr="00464C29">
        <w:rPr>
          <w:lang w:val="fr-SN"/>
        </w:rPr>
        <w:t>Le Prestataire s'engage à livrer la prestation selon le calendrier suivant :</w:t>
      </w:r>
    </w:p>
    <w:p w14:paraId="252CE0F7" w14:textId="77777777" w:rsidR="00527F01" w:rsidRPr="00464C29" w:rsidRDefault="009C76BE">
      <w:pPr>
        <w:pStyle w:val="ListBullet"/>
        <w:spacing w:after="80"/>
        <w:rPr>
          <w:lang w:val="fr-SN"/>
        </w:rPr>
      </w:pPr>
      <w:r w:rsidRPr="00464C29">
        <w:rPr>
          <w:b/>
          <w:lang w:val="fr-SN"/>
        </w:rPr>
        <w:t xml:space="preserve">Date de début de la prestation : </w:t>
      </w:r>
      <w:r w:rsidRPr="00464C29">
        <w:rPr>
          <w:lang w:val="fr-SN"/>
        </w:rPr>
        <w:t xml:space="preserve">Dès notification par la plateforme </w:t>
      </w:r>
      <w:proofErr w:type="spellStart"/>
      <w:r w:rsidRPr="00464C29">
        <w:rPr>
          <w:lang w:val="fr-SN"/>
        </w:rPr>
        <w:t>ESCRO</w:t>
      </w:r>
      <w:proofErr w:type="spellEnd"/>
      <w:r w:rsidRPr="00464C29">
        <w:rPr>
          <w:lang w:val="fr-SN"/>
        </w:rPr>
        <w:t xml:space="preserve"> du dépôt effectif des fonds par le Client.</w:t>
      </w:r>
    </w:p>
    <w:p w14:paraId="45BF1CC0" w14:textId="77777777" w:rsidR="00527F01" w:rsidRPr="00464C29" w:rsidRDefault="009C76BE">
      <w:pPr>
        <w:pStyle w:val="ListBullet"/>
        <w:spacing w:after="80"/>
        <w:rPr>
          <w:lang w:val="fr-SN"/>
        </w:rPr>
      </w:pPr>
      <w:r w:rsidRPr="00464C29">
        <w:rPr>
          <w:b/>
          <w:lang w:val="fr-SN"/>
        </w:rPr>
        <w:t xml:space="preserve">Livrables attendus : </w:t>
      </w:r>
      <w:r w:rsidRPr="00464C29">
        <w:rPr>
          <w:lang w:val="fr-SN"/>
        </w:rPr>
        <w:t>[Liste des livrables physiques ou numériques]</w:t>
      </w:r>
    </w:p>
    <w:p w14:paraId="4FBED45B" w14:textId="77777777" w:rsidR="00527F01" w:rsidRPr="00464C29" w:rsidRDefault="009C76BE">
      <w:pPr>
        <w:pStyle w:val="ListBullet"/>
        <w:spacing w:after="80"/>
        <w:rPr>
          <w:lang w:val="fr-SN"/>
        </w:rPr>
      </w:pPr>
      <w:r w:rsidRPr="00464C29">
        <w:rPr>
          <w:b/>
          <w:lang w:val="fr-SN"/>
        </w:rPr>
        <w:lastRenderedPageBreak/>
        <w:t xml:space="preserve">Date de livraison finale : </w:t>
      </w:r>
      <w:r w:rsidRPr="00464C29">
        <w:rPr>
          <w:lang w:val="fr-SN"/>
        </w:rPr>
        <w:t>Le [Date limite de livraison].</w:t>
      </w:r>
    </w:p>
    <w:p w14:paraId="66E58265" w14:textId="77777777" w:rsidR="00527F01" w:rsidRPr="00464C29" w:rsidRDefault="009C76BE">
      <w:pPr>
        <w:pStyle w:val="Heading2"/>
        <w:rPr>
          <w:lang w:val="fr-SN"/>
        </w:rPr>
      </w:pPr>
      <w:r w:rsidRPr="00464C29">
        <w:rPr>
          <w:lang w:val="fr-SN"/>
        </w:rPr>
        <w:t>ARTICLE 3 : CONDITIONS FINANCIÈRES ET PAIEMENT SÉCURISÉ (MÉCANISME ESCRO)</w:t>
      </w:r>
    </w:p>
    <w:p w14:paraId="0DC846A5" w14:textId="77777777" w:rsidR="00527F01" w:rsidRPr="00464C29" w:rsidRDefault="009C76BE">
      <w:pPr>
        <w:rPr>
          <w:lang w:val="fr-SN"/>
        </w:rPr>
      </w:pPr>
      <w:r w:rsidRPr="00464C29">
        <w:rPr>
          <w:lang w:val="fr-SN"/>
        </w:rPr>
        <w:t xml:space="preserve">En contrepartie de la réalisation des prestations, le Client s'engage à verser au Prestataire la somme globale et forfaitaire de </w:t>
      </w:r>
      <w:r w:rsidRPr="00464C29">
        <w:rPr>
          <w:b/>
          <w:lang w:val="fr-SN"/>
        </w:rPr>
        <w:t>[Montant en chiffres] FCFA</w:t>
      </w:r>
      <w:r w:rsidRPr="00464C29">
        <w:rPr>
          <w:lang w:val="fr-SN"/>
        </w:rPr>
        <w:t xml:space="preserve"> (</w:t>
      </w:r>
      <w:r w:rsidRPr="00464C29">
        <w:rPr>
          <w:i/>
          <w:lang w:val="fr-SN"/>
        </w:rPr>
        <w:t>[Montant en lettres] Francs CFA</w:t>
      </w:r>
      <w:r w:rsidRPr="00464C29">
        <w:rPr>
          <w:lang w:val="fr-SN"/>
        </w:rPr>
        <w:t>).</w:t>
      </w:r>
    </w:p>
    <w:p w14:paraId="574AD546" w14:textId="77777777" w:rsidR="00527F01" w:rsidRPr="00464C29" w:rsidRDefault="009C76BE">
      <w:pPr>
        <w:rPr>
          <w:lang w:val="fr-SN"/>
        </w:rPr>
      </w:pPr>
      <w:r w:rsidRPr="00464C29">
        <w:rPr>
          <w:lang w:val="fr-SN"/>
        </w:rPr>
        <w:t xml:space="preserve">Pour garantir la sécurité financière des deux Parties, le paiement sera exclusivement opéré via la plateforme de tiers de confiance </w:t>
      </w:r>
      <w:r w:rsidRPr="00464C29">
        <w:rPr>
          <w:b/>
          <w:lang w:val="fr-SN"/>
        </w:rPr>
        <w:t>ESCRO</w:t>
      </w:r>
      <w:r w:rsidRPr="00464C29">
        <w:rPr>
          <w:lang w:val="fr-SN"/>
        </w:rPr>
        <w:t>, selon la procédure suivante :</w:t>
      </w:r>
    </w:p>
    <w:p w14:paraId="6CE4B425" w14:textId="77777777" w:rsidR="00527F01" w:rsidRPr="00464C29" w:rsidRDefault="009C76BE">
      <w:pPr>
        <w:pStyle w:val="ListNumber"/>
        <w:spacing w:after="80"/>
        <w:rPr>
          <w:lang w:val="fr-SN"/>
        </w:rPr>
      </w:pPr>
      <w:r w:rsidRPr="00464C29">
        <w:rPr>
          <w:b/>
          <w:lang w:val="fr-SN"/>
        </w:rPr>
        <w:t xml:space="preserve">Dépôt sous séquestre : </w:t>
      </w:r>
      <w:r w:rsidRPr="00464C29">
        <w:rPr>
          <w:lang w:val="fr-SN"/>
        </w:rPr>
        <w:t xml:space="preserve">Avant tout début d'exécution, le Client dépose l'intégralité du montant de la prestation sur le compte séquestre dédié et sécurisé par </w:t>
      </w:r>
      <w:proofErr w:type="spellStart"/>
      <w:r w:rsidRPr="00464C29">
        <w:rPr>
          <w:lang w:val="fr-SN"/>
        </w:rPr>
        <w:t>ESCRO</w:t>
      </w:r>
      <w:proofErr w:type="spellEnd"/>
      <w:r w:rsidRPr="00464C29">
        <w:rPr>
          <w:lang w:val="fr-SN"/>
        </w:rPr>
        <w:t>.</w:t>
      </w:r>
    </w:p>
    <w:p w14:paraId="1CDFE7DB" w14:textId="77777777" w:rsidR="00527F01" w:rsidRPr="00464C29" w:rsidRDefault="009C76BE">
      <w:pPr>
        <w:pStyle w:val="ListNumber"/>
        <w:spacing w:after="80"/>
        <w:rPr>
          <w:lang w:val="fr-SN"/>
        </w:rPr>
      </w:pPr>
      <w:r w:rsidRPr="00464C29">
        <w:rPr>
          <w:b/>
          <w:lang w:val="fr-SN"/>
        </w:rPr>
        <w:t xml:space="preserve">Sécurisation : </w:t>
      </w:r>
      <w:r w:rsidRPr="00464C29">
        <w:rPr>
          <w:lang w:val="fr-SN"/>
        </w:rPr>
        <w:t>Les fonds sont bloqués et ne sont ni à la disposition du Prestataire, ni récupérables unilatéralement par le Client.</w:t>
      </w:r>
    </w:p>
    <w:p w14:paraId="54CE6C23" w14:textId="77777777" w:rsidR="00527F01" w:rsidRPr="00464C29" w:rsidRDefault="009C76BE">
      <w:pPr>
        <w:pStyle w:val="ListNumber"/>
        <w:spacing w:after="80"/>
        <w:rPr>
          <w:lang w:val="fr-SN"/>
        </w:rPr>
      </w:pPr>
      <w:r w:rsidRPr="00464C29">
        <w:rPr>
          <w:b/>
          <w:lang w:val="fr-SN"/>
        </w:rPr>
        <w:t>Libération (par jalons ou à la livraison) :</w:t>
      </w:r>
    </w:p>
    <w:p w14:paraId="0E1761AB" w14:textId="77777777" w:rsidR="00527F01" w:rsidRPr="00464C29" w:rsidRDefault="009C76BE">
      <w:pPr>
        <w:pStyle w:val="ListBullet2"/>
        <w:spacing w:after="80"/>
        <w:rPr>
          <w:lang w:val="fr-SN"/>
        </w:rPr>
      </w:pPr>
      <w:r w:rsidRPr="00464C29">
        <w:rPr>
          <w:b/>
          <w:lang w:val="fr-SN"/>
        </w:rPr>
        <w:t xml:space="preserve">Option 1 (Jalons) : </w:t>
      </w:r>
      <w:r w:rsidRPr="00464C29">
        <w:rPr>
          <w:lang w:val="fr-SN"/>
        </w:rPr>
        <w:t>[X] % à la validation de la phase 1, et [X] % à la validation finale.</w:t>
      </w:r>
    </w:p>
    <w:p w14:paraId="320AA6A0" w14:textId="77777777" w:rsidR="00527F01" w:rsidRPr="00464C29" w:rsidRDefault="009C76BE">
      <w:pPr>
        <w:pStyle w:val="ListBullet2"/>
        <w:spacing w:after="80"/>
        <w:rPr>
          <w:lang w:val="fr-SN"/>
        </w:rPr>
      </w:pPr>
      <w:r w:rsidRPr="00464C29">
        <w:rPr>
          <w:b/>
          <w:lang w:val="fr-SN"/>
        </w:rPr>
        <w:t xml:space="preserve">Option 2 (Livraison finale) : </w:t>
      </w:r>
      <w:r w:rsidRPr="00464C29">
        <w:rPr>
          <w:lang w:val="fr-SN"/>
        </w:rPr>
        <w:t xml:space="preserve">100 % des fonds sont libérés sur le compte du Prestataire dès validation de la réception des livrables par le Client sur la plateforme </w:t>
      </w:r>
      <w:proofErr w:type="spellStart"/>
      <w:r w:rsidRPr="00464C29">
        <w:rPr>
          <w:lang w:val="fr-SN"/>
        </w:rPr>
        <w:t>ESCRO</w:t>
      </w:r>
      <w:proofErr w:type="spellEnd"/>
      <w:r w:rsidRPr="00464C29">
        <w:rPr>
          <w:lang w:val="fr-SN"/>
        </w:rPr>
        <w:t>.</w:t>
      </w:r>
    </w:p>
    <w:p w14:paraId="5DA7293B" w14:textId="77777777" w:rsidR="00527F01" w:rsidRPr="00464C29" w:rsidRDefault="009C76BE">
      <w:pPr>
        <w:pStyle w:val="ListNumber"/>
        <w:spacing w:after="80"/>
        <w:rPr>
          <w:lang w:val="fr-SN"/>
        </w:rPr>
      </w:pPr>
      <w:r w:rsidRPr="00464C29">
        <w:rPr>
          <w:b/>
          <w:lang w:val="fr-SN"/>
        </w:rPr>
        <w:t xml:space="preserve">Frais de service : </w:t>
      </w:r>
      <w:r w:rsidRPr="00464C29">
        <w:rPr>
          <w:lang w:val="fr-SN"/>
        </w:rPr>
        <w:t xml:space="preserve">Les frais de sécurisation de la plateforme </w:t>
      </w:r>
      <w:proofErr w:type="spellStart"/>
      <w:r w:rsidRPr="00464C29">
        <w:rPr>
          <w:lang w:val="fr-SN"/>
        </w:rPr>
        <w:t>ESCRO</w:t>
      </w:r>
      <w:proofErr w:type="spellEnd"/>
      <w:r w:rsidRPr="00464C29">
        <w:rPr>
          <w:lang w:val="fr-SN"/>
        </w:rPr>
        <w:t xml:space="preserve"> sont à la charge de [l'Acheteur / le Vendeur / partagés à 50-50].</w:t>
      </w:r>
    </w:p>
    <w:p w14:paraId="70E5A5DB" w14:textId="77777777" w:rsidR="00527F01" w:rsidRDefault="009C76BE">
      <w:pPr>
        <w:pStyle w:val="Heading2"/>
      </w:pPr>
      <w:r>
        <w:t xml:space="preserve">ARTICLE </w:t>
      </w:r>
      <w:proofErr w:type="gramStart"/>
      <w:r>
        <w:t>4 :</w:t>
      </w:r>
      <w:proofErr w:type="gramEnd"/>
      <w:r>
        <w:t xml:space="preserve"> OBLIGATIONS DES PARTIES</w:t>
      </w:r>
    </w:p>
    <w:p w14:paraId="3518B234" w14:textId="77777777" w:rsidR="00527F01" w:rsidRPr="00464C29" w:rsidRDefault="009C76BE">
      <w:pPr>
        <w:pStyle w:val="ListBullet"/>
        <w:spacing w:after="80"/>
        <w:rPr>
          <w:lang w:val="fr-SN"/>
        </w:rPr>
      </w:pPr>
      <w:r w:rsidRPr="00464C29">
        <w:rPr>
          <w:b/>
          <w:lang w:val="fr-SN"/>
        </w:rPr>
        <w:t xml:space="preserve">Obligations du Prestataire : </w:t>
      </w:r>
      <w:r w:rsidRPr="00464C29">
        <w:rPr>
          <w:lang w:val="fr-SN"/>
        </w:rPr>
        <w:t>Le Prestataire est tenu à une obligation de moyens [ou de résultat]. Il s'engage à exécuter la mission avec professionnalisme et dans les règles de l'art de sa profession.</w:t>
      </w:r>
    </w:p>
    <w:p w14:paraId="0F79413F" w14:textId="77777777" w:rsidR="00527F01" w:rsidRPr="00464C29" w:rsidRDefault="009C76BE">
      <w:pPr>
        <w:pStyle w:val="ListBullet"/>
        <w:spacing w:after="80"/>
        <w:rPr>
          <w:lang w:val="fr-SN"/>
        </w:rPr>
      </w:pPr>
      <w:r w:rsidRPr="00464C29">
        <w:rPr>
          <w:b/>
          <w:lang w:val="fr-SN"/>
        </w:rPr>
        <w:t xml:space="preserve">Obligations du Client : </w:t>
      </w:r>
      <w:r w:rsidRPr="00464C29">
        <w:rPr>
          <w:lang w:val="fr-SN"/>
        </w:rPr>
        <w:t xml:space="preserve">Le Client s'engage à fournir au Prestataire toutes les informations, accès et documents nécessaires à la bonne exécution de la mission, et à valider les livrables dans un délai de [Nombre] jours sur la plateforme </w:t>
      </w:r>
      <w:proofErr w:type="spellStart"/>
      <w:r w:rsidRPr="00464C29">
        <w:rPr>
          <w:lang w:val="fr-SN"/>
        </w:rPr>
        <w:t>ESCRO</w:t>
      </w:r>
      <w:proofErr w:type="spellEnd"/>
      <w:r w:rsidRPr="00464C29">
        <w:rPr>
          <w:lang w:val="fr-SN"/>
        </w:rPr>
        <w:t xml:space="preserve">. Passé ce délai sans réserve formulée, la livraison est réputée acceptée et </w:t>
      </w:r>
      <w:proofErr w:type="spellStart"/>
      <w:r w:rsidRPr="00464C29">
        <w:rPr>
          <w:lang w:val="fr-SN"/>
        </w:rPr>
        <w:t>ESCRO</w:t>
      </w:r>
      <w:proofErr w:type="spellEnd"/>
      <w:r w:rsidRPr="00464C29">
        <w:rPr>
          <w:lang w:val="fr-SN"/>
        </w:rPr>
        <w:t xml:space="preserve"> est autorisé à libérer les fonds.</w:t>
      </w:r>
    </w:p>
    <w:p w14:paraId="39C8C4E3" w14:textId="77777777" w:rsidR="00527F01" w:rsidRPr="00464C29" w:rsidRDefault="009C76BE">
      <w:pPr>
        <w:pStyle w:val="Heading2"/>
        <w:rPr>
          <w:lang w:val="fr-SN"/>
        </w:rPr>
      </w:pPr>
      <w:r w:rsidRPr="00464C29">
        <w:rPr>
          <w:lang w:val="fr-SN"/>
        </w:rPr>
        <w:t>ARTICLE 5 : PROPRIÉTÉ INTELLECTUELLE</w:t>
      </w:r>
    </w:p>
    <w:p w14:paraId="6635F860" w14:textId="77777777" w:rsidR="00527F01" w:rsidRPr="00464C29" w:rsidRDefault="009C76BE">
      <w:pPr>
        <w:rPr>
          <w:lang w:val="fr-SN"/>
        </w:rPr>
      </w:pPr>
      <w:r w:rsidRPr="00464C29">
        <w:rPr>
          <w:lang w:val="fr-SN"/>
        </w:rPr>
        <w:t>Le Prestataire cède au Client l'ensemble des droits de propriété intellectuelle liés aux livrables créés dans le cadre de ce contrat.</w:t>
      </w:r>
    </w:p>
    <w:p w14:paraId="3F8678C1" w14:textId="77777777" w:rsidR="00527F01" w:rsidRPr="00464C29" w:rsidRDefault="009C76BE">
      <w:pPr>
        <w:rPr>
          <w:lang w:val="fr-SN"/>
        </w:rPr>
      </w:pPr>
      <w:r w:rsidRPr="00464C29">
        <w:rPr>
          <w:b/>
          <w:color w:val="1F4E79"/>
          <w:lang w:val="fr-SN"/>
        </w:rPr>
        <w:t xml:space="preserve">Clause de réserve : </w:t>
      </w:r>
      <w:r w:rsidRPr="00464C29">
        <w:rPr>
          <w:lang w:val="fr-SN"/>
        </w:rPr>
        <w:t xml:space="preserve">Ce transfert de propriété n'est effectif qu'après le </w:t>
      </w:r>
      <w:r w:rsidRPr="00464C29">
        <w:rPr>
          <w:b/>
          <w:lang w:val="fr-SN"/>
        </w:rPr>
        <w:t>paiement intégral</w:t>
      </w:r>
      <w:r w:rsidRPr="00464C29">
        <w:rPr>
          <w:lang w:val="fr-SN"/>
        </w:rPr>
        <w:t xml:space="preserve"> et définitif de la prestation via le déblocage des fonds par </w:t>
      </w:r>
      <w:proofErr w:type="spellStart"/>
      <w:r w:rsidRPr="00464C29">
        <w:rPr>
          <w:lang w:val="fr-SN"/>
        </w:rPr>
        <w:t>ESCRO</w:t>
      </w:r>
      <w:proofErr w:type="spellEnd"/>
      <w:r w:rsidRPr="00464C29">
        <w:rPr>
          <w:lang w:val="fr-SN"/>
        </w:rPr>
        <w:t>.</w:t>
      </w:r>
    </w:p>
    <w:p w14:paraId="24D363F3" w14:textId="77777777" w:rsidR="00527F01" w:rsidRPr="00464C29" w:rsidRDefault="009C76BE">
      <w:pPr>
        <w:pStyle w:val="Heading2"/>
        <w:rPr>
          <w:lang w:val="fr-SN"/>
        </w:rPr>
      </w:pPr>
      <w:r w:rsidRPr="00464C29">
        <w:rPr>
          <w:lang w:val="fr-SN"/>
        </w:rPr>
        <w:t>ARTICLE 6 : CONFIDENTIALITÉ</w:t>
      </w:r>
    </w:p>
    <w:p w14:paraId="5CAE20F7" w14:textId="77777777" w:rsidR="00527F01" w:rsidRPr="00464C29" w:rsidRDefault="009C76BE">
      <w:pPr>
        <w:rPr>
          <w:lang w:val="fr-SN"/>
        </w:rPr>
      </w:pPr>
      <w:r w:rsidRPr="00464C29">
        <w:rPr>
          <w:lang w:val="fr-SN"/>
        </w:rPr>
        <w:t xml:space="preserve">Les Parties s'engagent réciproquement à conserver la plus stricte confidentialité sur toutes les informations (commerciales, techniques, financières) échangées lors de l'exécution du présent contrat, et ce pendant une durée de [Nombre, </w:t>
      </w:r>
      <w:proofErr w:type="gramStart"/>
      <w:r w:rsidRPr="00464C29">
        <w:rPr>
          <w:lang w:val="fr-SN"/>
        </w:rPr>
        <w:t>ex:</w:t>
      </w:r>
      <w:proofErr w:type="gramEnd"/>
      <w:r w:rsidRPr="00464C29">
        <w:rPr>
          <w:lang w:val="fr-SN"/>
        </w:rPr>
        <w:t xml:space="preserve"> 2] ans après son expiration.</w:t>
      </w:r>
    </w:p>
    <w:p w14:paraId="1F338CB5" w14:textId="77777777" w:rsidR="00527F01" w:rsidRPr="00464C29" w:rsidRDefault="009C76BE">
      <w:pPr>
        <w:pStyle w:val="Heading2"/>
        <w:rPr>
          <w:lang w:val="fr-SN"/>
        </w:rPr>
      </w:pPr>
      <w:r w:rsidRPr="00464C29">
        <w:rPr>
          <w:lang w:val="fr-SN"/>
        </w:rPr>
        <w:lastRenderedPageBreak/>
        <w:t>ARTICLE 7 : LITIGES ET ARBITRAGE</w:t>
      </w:r>
    </w:p>
    <w:p w14:paraId="17A9C197" w14:textId="77777777" w:rsidR="00527F01" w:rsidRPr="00464C29" w:rsidRDefault="009C76BE">
      <w:pPr>
        <w:rPr>
          <w:lang w:val="fr-SN"/>
        </w:rPr>
      </w:pPr>
      <w:r w:rsidRPr="00464C29">
        <w:rPr>
          <w:lang w:val="fr-SN"/>
        </w:rPr>
        <w:t xml:space="preserve">En cas de litige sur la conformité des livrables empêchant la libération des fonds, les Parties s'engagent à utiliser le </w:t>
      </w:r>
      <w:r w:rsidRPr="00464C29">
        <w:rPr>
          <w:b/>
          <w:lang w:val="fr-SN"/>
        </w:rPr>
        <w:t>Service de Médiation et d'Arbitrage interne d'</w:t>
      </w:r>
      <w:proofErr w:type="spellStart"/>
      <w:r w:rsidRPr="00464C29">
        <w:rPr>
          <w:b/>
          <w:lang w:val="fr-SN"/>
        </w:rPr>
        <w:t>ESCRO</w:t>
      </w:r>
      <w:proofErr w:type="spellEnd"/>
      <w:r w:rsidRPr="00464C29">
        <w:rPr>
          <w:lang w:val="fr-SN"/>
        </w:rPr>
        <w:t xml:space="preserve"> en première instance.</w:t>
      </w:r>
    </w:p>
    <w:p w14:paraId="66747C6B" w14:textId="6C3C1F0B" w:rsidR="00527F01" w:rsidRPr="00464C29" w:rsidRDefault="009C76BE">
      <w:pPr>
        <w:rPr>
          <w:lang w:val="fr-SN"/>
        </w:rPr>
      </w:pPr>
      <w:r w:rsidRPr="00464C29">
        <w:rPr>
          <w:lang w:val="fr-SN"/>
        </w:rPr>
        <w:t>En cas d'échec de la médiation dans un délai de 30 jours, le litige sera tranché par la juridiction compétent</w:t>
      </w:r>
      <w:r w:rsidR="00464C29">
        <w:rPr>
          <w:lang w:val="fr-SN"/>
        </w:rPr>
        <w:t>e</w:t>
      </w:r>
      <w:r w:rsidRPr="00464C29">
        <w:rPr>
          <w:lang w:val="fr-SN"/>
        </w:rPr>
        <w:t xml:space="preserve">, conformément au droit OHADA en vigueur. Les fonds resteront séquestrés par </w:t>
      </w:r>
      <w:proofErr w:type="spellStart"/>
      <w:r w:rsidRPr="00464C29">
        <w:rPr>
          <w:lang w:val="fr-SN"/>
        </w:rPr>
        <w:t>ESCRO</w:t>
      </w:r>
      <w:proofErr w:type="spellEnd"/>
      <w:r w:rsidRPr="00464C29">
        <w:rPr>
          <w:lang w:val="fr-SN"/>
        </w:rPr>
        <w:t xml:space="preserve"> jusqu'à l'obtention d'un accord amiable signé ou d'une décision de justice exécutoire.</w:t>
      </w:r>
    </w:p>
    <w:p w14:paraId="1DD6086A" w14:textId="77777777" w:rsidR="00527F01" w:rsidRPr="00464C29" w:rsidRDefault="009C76BE">
      <w:pPr>
        <w:spacing w:before="480" w:after="80"/>
        <w:rPr>
          <w:lang w:val="fr-SN"/>
        </w:rPr>
      </w:pPr>
      <w:r w:rsidRPr="00464C29">
        <w:rPr>
          <w:i/>
          <w:lang w:val="fr-SN"/>
        </w:rPr>
        <w:t>Fait à [Ville de signature], le [Date de signature]</w:t>
      </w:r>
    </w:p>
    <w:p w14:paraId="370D816E" w14:textId="77777777" w:rsidR="00527F01" w:rsidRDefault="009C76BE">
      <w:pPr>
        <w:spacing w:after="480"/>
      </w:pPr>
      <w:r>
        <w:rPr>
          <w:i/>
        </w:rPr>
        <w:t xml:space="preserve">En deux </w:t>
      </w:r>
      <w:proofErr w:type="spellStart"/>
      <w:r>
        <w:rPr>
          <w:i/>
        </w:rPr>
        <w:t>exemplaires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originaux</w:t>
      </w:r>
      <w:proofErr w:type="spellEnd"/>
      <w:r>
        <w:rPr>
          <w:i/>
        </w:rPr>
        <w:t>.</w:t>
      </w:r>
    </w:p>
    <w:tbl>
      <w:tblPr>
        <w:tblW w:w="0" w:type="auto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27F01" w14:paraId="2120EA9C" w14:textId="77777777">
        <w:trPr>
          <w:jc w:val="center"/>
        </w:trPr>
        <w:tc>
          <w:tcPr>
            <w:tcW w:w="3120" w:type="dxa"/>
          </w:tcPr>
          <w:p w14:paraId="1C2B3846" w14:textId="77777777" w:rsidR="00527F01" w:rsidRPr="00464C29" w:rsidRDefault="009C76BE">
            <w:pPr>
              <w:rPr>
                <w:lang w:val="fr-SN"/>
              </w:rPr>
            </w:pPr>
            <w:r w:rsidRPr="00464C29">
              <w:rPr>
                <w:b/>
                <w:color w:val="1F4E79"/>
                <w:lang w:val="fr-SN"/>
              </w:rPr>
              <w:t>Pour le Client</w:t>
            </w:r>
          </w:p>
          <w:p w14:paraId="411A8AB4" w14:textId="77777777" w:rsidR="00527F01" w:rsidRPr="00464C29" w:rsidRDefault="009C76BE">
            <w:pPr>
              <w:spacing w:after="960"/>
              <w:rPr>
                <w:lang w:val="fr-SN"/>
              </w:rPr>
            </w:pPr>
            <w:r w:rsidRPr="00464C29">
              <w:rPr>
                <w:i/>
                <w:color w:val="595959"/>
                <w:lang w:val="fr-SN"/>
              </w:rPr>
              <w:t>[Nom, Prénom et Fonction]</w:t>
            </w:r>
          </w:p>
          <w:p w14:paraId="3247FADA" w14:textId="77777777" w:rsidR="00527F01" w:rsidRDefault="009C76BE">
            <w:pPr>
              <w:spacing w:after="0"/>
            </w:pPr>
            <w:r>
              <w:rPr>
                <w:i/>
                <w:color w:val="595959"/>
                <w:sz w:val="19"/>
              </w:rPr>
              <w:t>(Signature)</w:t>
            </w:r>
          </w:p>
        </w:tc>
        <w:tc>
          <w:tcPr>
            <w:tcW w:w="3120" w:type="dxa"/>
          </w:tcPr>
          <w:p w14:paraId="0E6F4069" w14:textId="77777777" w:rsidR="00527F01" w:rsidRDefault="00527F01"/>
        </w:tc>
        <w:tc>
          <w:tcPr>
            <w:tcW w:w="3120" w:type="dxa"/>
          </w:tcPr>
          <w:p w14:paraId="5D06ACFF" w14:textId="77777777" w:rsidR="00527F01" w:rsidRPr="00464C29" w:rsidRDefault="009C76BE">
            <w:pPr>
              <w:rPr>
                <w:lang w:val="fr-SN"/>
              </w:rPr>
            </w:pPr>
            <w:r w:rsidRPr="00464C29">
              <w:rPr>
                <w:b/>
                <w:color w:val="1F4E79"/>
                <w:lang w:val="fr-SN"/>
              </w:rPr>
              <w:t>Pour le Prestataire</w:t>
            </w:r>
          </w:p>
          <w:p w14:paraId="64279CF5" w14:textId="77777777" w:rsidR="00527F01" w:rsidRPr="00464C29" w:rsidRDefault="009C76BE">
            <w:pPr>
              <w:spacing w:after="960"/>
              <w:rPr>
                <w:lang w:val="fr-SN"/>
              </w:rPr>
            </w:pPr>
            <w:r w:rsidRPr="00464C29">
              <w:rPr>
                <w:i/>
                <w:color w:val="595959"/>
                <w:lang w:val="fr-SN"/>
              </w:rPr>
              <w:t>[Nom, Prénom et Fonction]</w:t>
            </w:r>
          </w:p>
          <w:p w14:paraId="5EBD598A" w14:textId="77777777" w:rsidR="00527F01" w:rsidRDefault="009C76BE">
            <w:pPr>
              <w:spacing w:after="0"/>
            </w:pPr>
            <w:r>
              <w:rPr>
                <w:i/>
                <w:color w:val="595959"/>
                <w:sz w:val="19"/>
              </w:rPr>
              <w:t>(Signature)</w:t>
            </w:r>
          </w:p>
        </w:tc>
      </w:tr>
    </w:tbl>
    <w:p w14:paraId="5E1E724E" w14:textId="77777777" w:rsidR="009C76BE" w:rsidRDefault="009C76BE"/>
    <w:sectPr w:rsidR="009C76B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6E1AD" w14:textId="77777777" w:rsidR="007646F4" w:rsidRDefault="007646F4">
      <w:pPr>
        <w:spacing w:after="0" w:line="240" w:lineRule="auto"/>
      </w:pPr>
      <w:r>
        <w:separator/>
      </w:r>
    </w:p>
  </w:endnote>
  <w:endnote w:type="continuationSeparator" w:id="0">
    <w:p w14:paraId="4A4209D9" w14:textId="77777777" w:rsidR="007646F4" w:rsidRDefault="00764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DBF06" w14:textId="228980A9" w:rsidR="00527F01" w:rsidRDefault="009C76BE">
    <w:pPr>
      <w:pStyle w:val="Footer"/>
      <w:jc w:val="center"/>
    </w:pPr>
    <w:r>
      <w:rPr>
        <w:color w:val="595959"/>
        <w:sz w:val="18"/>
      </w:rPr>
      <w:t xml:space="preserve">Page </w:t>
    </w:r>
    <w:r>
      <w:rPr>
        <w:color w:val="595959"/>
        <w:sz w:val="18"/>
      </w:rPr>
      <w:fldChar w:fldCharType="begin"/>
    </w:r>
    <w:r>
      <w:rPr>
        <w:color w:val="595959"/>
        <w:sz w:val="18"/>
      </w:rPr>
      <w:instrText>PAGE</w:instrText>
    </w:r>
    <w:r>
      <w:rPr>
        <w:color w:val="595959"/>
        <w:sz w:val="18"/>
      </w:rPr>
      <w:fldChar w:fldCharType="separate"/>
    </w:r>
    <w:r w:rsidR="00464C29">
      <w:rPr>
        <w:noProof/>
        <w:color w:val="595959"/>
        <w:sz w:val="18"/>
      </w:rPr>
      <w:t>1</w:t>
    </w:r>
    <w:r>
      <w:rPr>
        <w:color w:val="595959"/>
        <w:sz w:val="18"/>
      </w:rPr>
      <w:fldChar w:fldCharType="end"/>
    </w:r>
    <w:r>
      <w:t xml:space="preserve"> sur </w:t>
    </w:r>
    <w:r>
      <w:rPr>
        <w:color w:val="595959"/>
        <w:sz w:val="18"/>
      </w:rPr>
      <w:fldChar w:fldCharType="begin"/>
    </w:r>
    <w:r>
      <w:rPr>
        <w:color w:val="595959"/>
        <w:sz w:val="18"/>
      </w:rPr>
      <w:instrText>NUMPAGES</w:instrText>
    </w:r>
    <w:r>
      <w:rPr>
        <w:color w:val="595959"/>
        <w:sz w:val="18"/>
      </w:rPr>
      <w:fldChar w:fldCharType="separate"/>
    </w:r>
    <w:r w:rsidR="00464C29">
      <w:rPr>
        <w:noProof/>
        <w:color w:val="595959"/>
        <w:sz w:val="18"/>
      </w:rPr>
      <w:t>2</w:t>
    </w:r>
    <w:r>
      <w:rPr>
        <w:color w:val="595959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9340B" w14:textId="77777777" w:rsidR="007646F4" w:rsidRDefault="007646F4">
      <w:pPr>
        <w:spacing w:after="0" w:line="240" w:lineRule="auto"/>
      </w:pPr>
      <w:r>
        <w:separator/>
      </w:r>
    </w:p>
  </w:footnote>
  <w:footnote w:type="continuationSeparator" w:id="0">
    <w:p w14:paraId="74A8D443" w14:textId="77777777" w:rsidR="007646F4" w:rsidRDefault="00764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9E76" w14:textId="756ED662" w:rsidR="003B7711" w:rsidRDefault="003B7711" w:rsidP="003B7711">
    <w:pPr>
      <w:pStyle w:val="Header"/>
      <w:jc w:val="right"/>
      <w:rPr>
        <w:color w:val="2F2F2F"/>
        <w:sz w:val="22"/>
        <w:lang w:val="fr-SN"/>
      </w:rPr>
    </w:pPr>
    <w:r w:rsidRPr="003B7711">
      <w:rPr>
        <w:color w:val="7F7F7F"/>
        <w:sz w:val="17"/>
        <w:lang w:val="fr-SN"/>
      </w:rPr>
      <w:t>CONTRAT DE PRESTATION DE SERVICES</w:t>
    </w:r>
    <w:r>
      <w:rPr>
        <w:color w:val="7F7F7F"/>
        <w:sz w:val="17"/>
        <w:lang w:val="fr-SN"/>
      </w:rPr>
      <w:t>— SÉQUESTRE ESCRO</w:t>
    </w:r>
  </w:p>
  <w:p w14:paraId="669F066C" w14:textId="37C546C0" w:rsidR="003B7711" w:rsidRPr="003B7711" w:rsidRDefault="003B7711">
    <w:pPr>
      <w:pStyle w:val="Header"/>
      <w:rPr>
        <w:lang w:val="fr-S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6495974">
    <w:abstractNumId w:val="8"/>
  </w:num>
  <w:num w:numId="2" w16cid:durableId="1938294930">
    <w:abstractNumId w:val="6"/>
  </w:num>
  <w:num w:numId="3" w16cid:durableId="1852789976">
    <w:abstractNumId w:val="5"/>
  </w:num>
  <w:num w:numId="4" w16cid:durableId="1524514882">
    <w:abstractNumId w:val="4"/>
  </w:num>
  <w:num w:numId="5" w16cid:durableId="776172346">
    <w:abstractNumId w:val="7"/>
  </w:num>
  <w:num w:numId="6" w16cid:durableId="2028671222">
    <w:abstractNumId w:val="3"/>
  </w:num>
  <w:num w:numId="7" w16cid:durableId="720715791">
    <w:abstractNumId w:val="2"/>
  </w:num>
  <w:num w:numId="8" w16cid:durableId="153374758">
    <w:abstractNumId w:val="1"/>
  </w:num>
  <w:num w:numId="9" w16cid:durableId="62504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7711"/>
    <w:rsid w:val="00464C29"/>
    <w:rsid w:val="00527F01"/>
    <w:rsid w:val="005935D8"/>
    <w:rsid w:val="007646F4"/>
    <w:rsid w:val="009C76BE"/>
    <w:rsid w:val="00AA1D8D"/>
    <w:rsid w:val="00B47730"/>
    <w:rsid w:val="00CB0664"/>
    <w:rsid w:val="00DA72C9"/>
    <w:rsid w:val="00EE0D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444D7016-A88D-4608-B13B-16A5762E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1F1F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708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Saydou Dama</cp:lastModifiedBy>
  <cp:revision>4</cp:revision>
  <dcterms:created xsi:type="dcterms:W3CDTF">2013-12-23T23:15:00Z</dcterms:created>
  <dcterms:modified xsi:type="dcterms:W3CDTF">2026-09-14T19:01:00Z</dcterms:modified>
  <cp:category/>
</cp:coreProperties>
</file>