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8722A" w14:textId="77777777" w:rsidR="00BB1D51" w:rsidRPr="0085617C" w:rsidRDefault="00717C18">
      <w:pPr>
        <w:spacing w:before="240" w:after="80"/>
        <w:rPr>
          <w:lang w:val="fr-SN"/>
        </w:rPr>
      </w:pPr>
      <w:r w:rsidRPr="0085617C">
        <w:rPr>
          <w:b/>
          <w:color w:val="1F4E79"/>
          <w:sz w:val="40"/>
          <w:lang w:val="fr-SN"/>
        </w:rPr>
        <w:t>CONTRAT DE SOUS-TRAITANCE ET DE FOURNITURE SUR SITE MINIER</w:t>
      </w:r>
    </w:p>
    <w:p w14:paraId="67F0A02E" w14:textId="77777777" w:rsidR="00BB1D51" w:rsidRPr="0085617C" w:rsidRDefault="00717C18">
      <w:pPr>
        <w:spacing w:after="240"/>
        <w:rPr>
          <w:lang w:val="fr-SN"/>
        </w:rPr>
      </w:pPr>
      <w:r w:rsidRPr="0085617C">
        <w:rPr>
          <w:i/>
          <w:color w:val="595959"/>
          <w:sz w:val="21"/>
          <w:lang w:val="fr-SN"/>
        </w:rPr>
        <w:t>(Soumis aux dispositions de l'Acte Uniforme de l'OHADA portant sur le Droit Commercial Général)</w:t>
      </w:r>
    </w:p>
    <w:p w14:paraId="153DE645" w14:textId="77777777" w:rsidR="00BB1D51" w:rsidRPr="0085617C" w:rsidRDefault="00BB1D51">
      <w:pPr>
        <w:pBdr>
          <w:bottom w:val="single" w:sz="12" w:space="1" w:color="1F4E79"/>
        </w:pBdr>
        <w:rPr>
          <w:lang w:val="fr-SN"/>
        </w:rPr>
      </w:pPr>
    </w:p>
    <w:tbl>
      <w:tblPr>
        <w:tblW w:w="0" w:type="auto"/>
        <w:jc w:val="center"/>
        <w:tblLayout w:type="fixed"/>
        <w:tblCellMar>
          <w:top w:w="120" w:type="dxa"/>
          <w:left w:w="180" w:type="dxa"/>
          <w:bottom w:w="120" w:type="dxa"/>
          <w:right w:w="180" w:type="dxa"/>
        </w:tblCellMar>
        <w:tblLook w:val="04A0" w:firstRow="1" w:lastRow="0" w:firstColumn="1" w:lastColumn="0" w:noHBand="0" w:noVBand="1"/>
      </w:tblPr>
      <w:tblGrid>
        <w:gridCol w:w="9360"/>
      </w:tblGrid>
      <w:tr w:rsidR="00BB1D51" w:rsidRPr="0085617C" w14:paraId="5B3DFD51" w14:textId="77777777">
        <w:trPr>
          <w:jc w:val="center"/>
        </w:trPr>
        <w:tc>
          <w:tcPr>
            <w:tcW w:w="9360" w:type="dxa"/>
            <w:tcBorders>
              <w:left w:val="single" w:sz="24" w:space="0" w:color="1F4E79"/>
            </w:tcBorders>
            <w:shd w:val="clear" w:color="auto" w:fill="F0F4F8"/>
          </w:tcPr>
          <w:p w14:paraId="02B7AB94" w14:textId="77777777" w:rsidR="00BB1D51" w:rsidRPr="0085617C" w:rsidRDefault="00717C18">
            <w:pPr>
              <w:spacing w:after="0"/>
              <w:rPr>
                <w:lang w:val="fr-SN"/>
              </w:rPr>
            </w:pPr>
            <w:r w:rsidRPr="0085617C">
              <w:rPr>
                <w:b/>
                <w:color w:val="1F4E79"/>
                <w:sz w:val="20"/>
                <w:lang w:val="fr-SN"/>
              </w:rPr>
              <w:t xml:space="preserve">RÉFÉRENCE SÉQUESTRE ESCRO : </w:t>
            </w:r>
            <w:r w:rsidRPr="0085617C">
              <w:rPr>
                <w:sz w:val="20"/>
                <w:lang w:val="fr-SN"/>
              </w:rPr>
              <w:t>[Numéro de transaction]</w:t>
            </w:r>
          </w:p>
        </w:tc>
      </w:tr>
    </w:tbl>
    <w:p w14:paraId="742C013D" w14:textId="77777777" w:rsidR="00BB1D51" w:rsidRPr="0085617C" w:rsidRDefault="00BB1D51">
      <w:pPr>
        <w:spacing w:after="240"/>
        <w:rPr>
          <w:lang w:val="fr-SN"/>
        </w:rPr>
      </w:pPr>
    </w:p>
    <w:p w14:paraId="573878D2" w14:textId="77777777" w:rsidR="00BB1D51" w:rsidRPr="0085617C" w:rsidRDefault="00717C18">
      <w:pPr>
        <w:spacing w:before="120"/>
        <w:rPr>
          <w:lang w:val="fr-SN"/>
        </w:rPr>
      </w:pPr>
      <w:r w:rsidRPr="0085617C">
        <w:rPr>
          <w:b/>
          <w:lang w:val="fr-SN"/>
        </w:rPr>
        <w:t>Entre les soussignés :</w:t>
      </w:r>
    </w:p>
    <w:p w14:paraId="2C7FED47" w14:textId="77777777" w:rsidR="00BB1D51" w:rsidRPr="0085617C" w:rsidRDefault="00717C18">
      <w:pPr>
        <w:keepNext/>
        <w:spacing w:before="240" w:after="80"/>
        <w:rPr>
          <w:lang w:val="fr-SN"/>
        </w:rPr>
      </w:pPr>
      <w:r w:rsidRPr="0085617C">
        <w:rPr>
          <w:b/>
          <w:color w:val="1F4E79"/>
          <w:sz w:val="23"/>
          <w:lang w:val="fr-SN"/>
        </w:rPr>
        <w:t>LE CLIENT :</w:t>
      </w:r>
    </w:p>
    <w:p w14:paraId="42BE803B" w14:textId="77777777" w:rsidR="00BB1D51" w:rsidRPr="0085617C" w:rsidRDefault="00717C18">
      <w:pPr>
        <w:ind w:left="360"/>
        <w:rPr>
          <w:lang w:val="fr-SN"/>
        </w:rPr>
      </w:pPr>
      <w:r w:rsidRPr="0085617C">
        <w:rPr>
          <w:b/>
          <w:lang w:val="fr-SN"/>
        </w:rPr>
        <w:t xml:space="preserve">Dénomination : </w:t>
      </w:r>
      <w:r w:rsidRPr="0085617C">
        <w:rPr>
          <w:lang w:val="fr-SN"/>
        </w:rPr>
        <w:t>[Nom / Dénomination sociale de la Société Minière ou de l'Entrepreneur Principal]</w:t>
      </w:r>
      <w:r w:rsidRPr="0085617C">
        <w:rPr>
          <w:lang w:val="fr-SN"/>
        </w:rPr>
        <w:br/>
      </w:r>
      <w:r w:rsidRPr="0085617C">
        <w:rPr>
          <w:b/>
          <w:lang w:val="fr-SN"/>
        </w:rPr>
        <w:t xml:space="preserve">Immatriculation RCCM : </w:t>
      </w:r>
      <w:r w:rsidRPr="0085617C">
        <w:rPr>
          <w:lang w:val="fr-SN"/>
        </w:rPr>
        <w:t>[Numéro RCCM]</w:t>
      </w:r>
      <w:r w:rsidRPr="0085617C">
        <w:rPr>
          <w:lang w:val="fr-SN"/>
        </w:rPr>
        <w:br/>
      </w:r>
      <w:r w:rsidRPr="0085617C">
        <w:rPr>
          <w:b/>
          <w:lang w:val="fr-SN"/>
        </w:rPr>
        <w:t xml:space="preserve">Siège social : </w:t>
      </w:r>
      <w:r w:rsidRPr="0085617C">
        <w:rPr>
          <w:lang w:val="fr-SN"/>
        </w:rPr>
        <w:t>[Adresse complète]</w:t>
      </w:r>
      <w:r w:rsidRPr="0085617C">
        <w:rPr>
          <w:lang w:val="fr-SN"/>
        </w:rPr>
        <w:br/>
      </w:r>
      <w:r w:rsidRPr="0085617C">
        <w:rPr>
          <w:b/>
          <w:lang w:val="fr-SN"/>
        </w:rPr>
        <w:t xml:space="preserve">Représenté(e) par : </w:t>
      </w:r>
      <w:r w:rsidRPr="0085617C">
        <w:rPr>
          <w:lang w:val="fr-SN"/>
        </w:rPr>
        <w:t>[Prénom et Nom du représentant], en qualité de [Fonction]</w:t>
      </w:r>
      <w:r w:rsidRPr="0085617C">
        <w:rPr>
          <w:lang w:val="fr-SN"/>
        </w:rPr>
        <w:br/>
      </w:r>
      <w:r w:rsidRPr="0085617C">
        <w:rPr>
          <w:i/>
          <w:color w:val="595959"/>
          <w:lang w:val="fr-SN"/>
        </w:rPr>
        <w:t>Ci-après dénommé(e) « le Client »,</w:t>
      </w:r>
    </w:p>
    <w:p w14:paraId="214A1D32" w14:textId="77777777" w:rsidR="00BB1D51" w:rsidRPr="0085617C" w:rsidRDefault="00717C18">
      <w:pPr>
        <w:spacing w:before="120"/>
        <w:ind w:left="360"/>
        <w:rPr>
          <w:lang w:val="fr-SN"/>
        </w:rPr>
      </w:pPr>
      <w:r w:rsidRPr="0085617C">
        <w:rPr>
          <w:b/>
          <w:color w:val="1F4E79"/>
          <w:lang w:val="fr-SN"/>
        </w:rPr>
        <w:t>ET</w:t>
      </w:r>
    </w:p>
    <w:p w14:paraId="334EBEC3" w14:textId="77777777" w:rsidR="00BB1D51" w:rsidRPr="0085617C" w:rsidRDefault="00717C18">
      <w:pPr>
        <w:keepNext/>
        <w:spacing w:before="240" w:after="80"/>
        <w:rPr>
          <w:lang w:val="fr-SN"/>
        </w:rPr>
      </w:pPr>
      <w:r w:rsidRPr="0085617C">
        <w:rPr>
          <w:b/>
          <w:color w:val="1F4E79"/>
          <w:sz w:val="23"/>
          <w:lang w:val="fr-SN"/>
        </w:rPr>
        <w:t>LE SOUS-TRAITANT :</w:t>
      </w:r>
    </w:p>
    <w:p w14:paraId="6EF91022" w14:textId="77777777" w:rsidR="00BB1D51" w:rsidRPr="0085617C" w:rsidRDefault="00717C18">
      <w:pPr>
        <w:ind w:left="360"/>
        <w:rPr>
          <w:lang w:val="fr-SN"/>
        </w:rPr>
      </w:pPr>
      <w:r w:rsidRPr="0085617C">
        <w:rPr>
          <w:b/>
          <w:lang w:val="fr-SN"/>
        </w:rPr>
        <w:t xml:space="preserve">Dénomination : </w:t>
      </w:r>
      <w:r w:rsidRPr="0085617C">
        <w:rPr>
          <w:lang w:val="fr-SN"/>
        </w:rPr>
        <w:t>[Nom / Dénomination sociale du Sous-Traitant / Fournisseur]</w:t>
      </w:r>
      <w:r w:rsidRPr="0085617C">
        <w:rPr>
          <w:lang w:val="fr-SN"/>
        </w:rPr>
        <w:br/>
      </w:r>
      <w:r w:rsidRPr="0085617C">
        <w:rPr>
          <w:b/>
          <w:lang w:val="fr-SN"/>
        </w:rPr>
        <w:t xml:space="preserve">Immatriculation RCCM : </w:t>
      </w:r>
      <w:r w:rsidRPr="0085617C">
        <w:rPr>
          <w:lang w:val="fr-SN"/>
        </w:rPr>
        <w:t>[Numéro RCCM]</w:t>
      </w:r>
      <w:r w:rsidRPr="0085617C">
        <w:rPr>
          <w:lang w:val="fr-SN"/>
        </w:rPr>
        <w:br/>
      </w:r>
      <w:r w:rsidRPr="0085617C">
        <w:rPr>
          <w:b/>
          <w:lang w:val="fr-SN"/>
        </w:rPr>
        <w:t xml:space="preserve">Siège social : </w:t>
      </w:r>
      <w:r w:rsidRPr="0085617C">
        <w:rPr>
          <w:lang w:val="fr-SN"/>
        </w:rPr>
        <w:t>[Adresse complète]</w:t>
      </w:r>
      <w:r w:rsidRPr="0085617C">
        <w:rPr>
          <w:lang w:val="fr-SN"/>
        </w:rPr>
        <w:br/>
      </w:r>
      <w:r w:rsidRPr="0085617C">
        <w:rPr>
          <w:b/>
          <w:lang w:val="fr-SN"/>
        </w:rPr>
        <w:t xml:space="preserve">Représenté(e) par : </w:t>
      </w:r>
      <w:r w:rsidRPr="0085617C">
        <w:rPr>
          <w:lang w:val="fr-SN"/>
        </w:rPr>
        <w:t>[Prénom et Nom du représentant], en qualité de [Fonction]</w:t>
      </w:r>
      <w:r w:rsidRPr="0085617C">
        <w:rPr>
          <w:lang w:val="fr-SN"/>
        </w:rPr>
        <w:br/>
      </w:r>
      <w:r w:rsidRPr="0085617C">
        <w:rPr>
          <w:i/>
          <w:color w:val="595959"/>
          <w:lang w:val="fr-SN"/>
        </w:rPr>
        <w:t>Ci-après dénommé(e) « le Sous-Traitant »,</w:t>
      </w:r>
    </w:p>
    <w:p w14:paraId="63ECEBA0" w14:textId="77777777" w:rsidR="00BB1D51" w:rsidRPr="0085617C" w:rsidRDefault="00717C18">
      <w:pPr>
        <w:spacing w:before="240" w:after="360"/>
        <w:rPr>
          <w:lang w:val="fr-SN"/>
        </w:rPr>
      </w:pPr>
      <w:r w:rsidRPr="0085617C">
        <w:rPr>
          <w:i/>
          <w:lang w:val="fr-SN"/>
        </w:rPr>
        <w:t>Ci-après dénommées ensemble « les Parties ».</w:t>
      </w:r>
    </w:p>
    <w:p w14:paraId="13183BF5" w14:textId="77777777" w:rsidR="00BB1D51" w:rsidRPr="0085617C" w:rsidRDefault="00BB1D51">
      <w:pPr>
        <w:pBdr>
          <w:bottom w:val="single" w:sz="4" w:space="1" w:color="D3D3D3"/>
        </w:pBdr>
        <w:rPr>
          <w:lang w:val="fr-SN"/>
        </w:rPr>
      </w:pPr>
    </w:p>
    <w:p w14:paraId="23C0EFE3" w14:textId="77777777" w:rsidR="00BB1D51" w:rsidRPr="0085617C" w:rsidRDefault="00717C18">
      <w:pPr>
        <w:pStyle w:val="Heading2"/>
        <w:rPr>
          <w:lang w:val="fr-SN"/>
        </w:rPr>
      </w:pPr>
      <w:r w:rsidRPr="0085617C">
        <w:rPr>
          <w:lang w:val="fr-SN"/>
        </w:rPr>
        <w:t>ARTICLE 1 : OBJET DU CONTRAT</w:t>
      </w:r>
    </w:p>
    <w:p w14:paraId="3BBF8EB0" w14:textId="77777777" w:rsidR="00BB1D51" w:rsidRPr="0085617C" w:rsidRDefault="00717C18">
      <w:pPr>
        <w:rPr>
          <w:lang w:val="fr-SN"/>
        </w:rPr>
      </w:pPr>
      <w:r w:rsidRPr="0085617C">
        <w:rPr>
          <w:lang w:val="fr-SN"/>
        </w:rPr>
        <w:t xml:space="preserve">Le Client confie au Sous-Traitant, qui l'accepte, la mission de fournir les biens et/ou services suivants sur le site minier de </w:t>
      </w:r>
      <w:r w:rsidRPr="0085617C">
        <w:rPr>
          <w:b/>
          <w:lang w:val="fr-SN"/>
        </w:rPr>
        <w:t>[Nom et localisation exacte du site minier]</w:t>
      </w:r>
      <w:r w:rsidRPr="0085617C">
        <w:rPr>
          <w:lang w:val="fr-SN"/>
        </w:rPr>
        <w:t xml:space="preserve"> :</w:t>
      </w:r>
    </w:p>
    <w:p w14:paraId="3ED1CAC2" w14:textId="77777777" w:rsidR="00BB1D51" w:rsidRPr="0085617C" w:rsidRDefault="00717C18">
      <w:pPr>
        <w:pStyle w:val="ListBullet"/>
        <w:spacing w:after="80"/>
        <w:rPr>
          <w:lang w:val="fr-SN"/>
        </w:rPr>
      </w:pPr>
      <w:r w:rsidRPr="0085617C">
        <w:rPr>
          <w:b/>
          <w:lang w:val="fr-SN"/>
        </w:rPr>
        <w:t xml:space="preserve">Description détaillée des prestations/fournitures : </w:t>
      </w:r>
      <w:r w:rsidRPr="0085617C">
        <w:rPr>
          <w:lang w:val="fr-SN"/>
        </w:rPr>
        <w:t>[</w:t>
      </w:r>
      <w:proofErr w:type="gramStart"/>
      <w:r w:rsidRPr="0085617C">
        <w:rPr>
          <w:lang w:val="fr-SN"/>
        </w:rPr>
        <w:t>ex:</w:t>
      </w:r>
      <w:proofErr w:type="gramEnd"/>
      <w:r w:rsidRPr="0085617C">
        <w:rPr>
          <w:lang w:val="fr-SN"/>
        </w:rPr>
        <w:t xml:space="preserve"> Fourniture de 10 000 litres de carburant par semaine, location d'engins lourds, services de gardiennage du camp de base, fourniture d'EPI].</w:t>
      </w:r>
    </w:p>
    <w:p w14:paraId="115C3FA2" w14:textId="77777777" w:rsidR="00BB1D51" w:rsidRPr="0085617C" w:rsidRDefault="00717C18">
      <w:pPr>
        <w:pStyle w:val="ListBullet"/>
        <w:spacing w:after="80"/>
        <w:rPr>
          <w:lang w:val="fr-SN"/>
        </w:rPr>
      </w:pPr>
      <w:r w:rsidRPr="0085617C">
        <w:rPr>
          <w:lang w:val="fr-SN"/>
        </w:rPr>
        <w:t xml:space="preserve">Les spécifications techniques et les quantités exactes sont détaillées dans le Bon de Commande (Purchase </w:t>
      </w:r>
      <w:proofErr w:type="spellStart"/>
      <w:r w:rsidRPr="0085617C">
        <w:rPr>
          <w:lang w:val="fr-SN"/>
        </w:rPr>
        <w:t>Order</w:t>
      </w:r>
      <w:proofErr w:type="spellEnd"/>
      <w:r w:rsidRPr="0085617C">
        <w:rPr>
          <w:lang w:val="fr-SN"/>
        </w:rPr>
        <w:t>) n° [Numéro PO] annexé au présent contrat.</w:t>
      </w:r>
    </w:p>
    <w:p w14:paraId="1B01E473" w14:textId="77777777" w:rsidR="00BB1D51" w:rsidRPr="0085617C" w:rsidRDefault="00717C18">
      <w:pPr>
        <w:pStyle w:val="Heading2"/>
        <w:rPr>
          <w:lang w:val="fr-SN"/>
        </w:rPr>
      </w:pPr>
      <w:r w:rsidRPr="0085617C">
        <w:rPr>
          <w:lang w:val="fr-SN"/>
        </w:rPr>
        <w:lastRenderedPageBreak/>
        <w:t>ARTICLE 2 : DÉLAIS ET LIEU DE LIVRAISON</w:t>
      </w:r>
    </w:p>
    <w:p w14:paraId="32A5C4E7" w14:textId="77777777" w:rsidR="00BB1D51" w:rsidRPr="0085617C" w:rsidRDefault="00717C18">
      <w:pPr>
        <w:rPr>
          <w:lang w:val="fr-SN"/>
        </w:rPr>
      </w:pPr>
      <w:r w:rsidRPr="0085617C">
        <w:rPr>
          <w:lang w:val="fr-SN"/>
        </w:rPr>
        <w:t>Le Sous-Traitant s'engage à livrer les biens ou à exécuter les services sur le site minier susmentionné.</w:t>
      </w:r>
    </w:p>
    <w:p w14:paraId="1C7FA371" w14:textId="77777777" w:rsidR="00BB1D51" w:rsidRPr="0085617C" w:rsidRDefault="00717C18">
      <w:pPr>
        <w:pStyle w:val="ListBullet"/>
        <w:spacing w:after="80"/>
        <w:rPr>
          <w:lang w:val="fr-SN"/>
        </w:rPr>
      </w:pPr>
      <w:r w:rsidRPr="0085617C">
        <w:rPr>
          <w:b/>
          <w:lang w:val="fr-SN"/>
        </w:rPr>
        <w:t xml:space="preserve">Date ou calendrier de livraison : </w:t>
      </w:r>
      <w:r w:rsidRPr="0085617C">
        <w:rPr>
          <w:lang w:val="fr-SN"/>
        </w:rPr>
        <w:t>[</w:t>
      </w:r>
      <w:proofErr w:type="gramStart"/>
      <w:r w:rsidRPr="0085617C">
        <w:rPr>
          <w:lang w:val="fr-SN"/>
        </w:rPr>
        <w:t>ex:</w:t>
      </w:r>
      <w:proofErr w:type="gramEnd"/>
      <w:r w:rsidRPr="0085617C">
        <w:rPr>
          <w:lang w:val="fr-SN"/>
        </w:rPr>
        <w:t xml:space="preserve"> Livraison au plus tard le JJ/MM/AAAA ou livraisons hebdomadaires chaque lundi].</w:t>
      </w:r>
    </w:p>
    <w:p w14:paraId="67ADF180" w14:textId="77777777" w:rsidR="00BB1D51" w:rsidRPr="0085617C" w:rsidRDefault="00717C18">
      <w:pPr>
        <w:rPr>
          <w:lang w:val="fr-SN"/>
        </w:rPr>
      </w:pPr>
      <w:r w:rsidRPr="0085617C">
        <w:rPr>
          <w:lang w:val="fr-SN"/>
        </w:rPr>
        <w:t xml:space="preserve">Toute livraison physique sur le site doit faire l'objet de la signature d'un </w:t>
      </w:r>
      <w:r w:rsidRPr="0085617C">
        <w:rPr>
          <w:b/>
          <w:lang w:val="fr-SN"/>
        </w:rPr>
        <w:t xml:space="preserve">Bon de Réception des Marchandises (Good </w:t>
      </w:r>
      <w:proofErr w:type="spellStart"/>
      <w:r w:rsidRPr="0085617C">
        <w:rPr>
          <w:b/>
          <w:lang w:val="fr-SN"/>
        </w:rPr>
        <w:t>Receive</w:t>
      </w:r>
      <w:proofErr w:type="spellEnd"/>
      <w:r w:rsidRPr="0085617C">
        <w:rPr>
          <w:b/>
          <w:lang w:val="fr-SN"/>
        </w:rPr>
        <w:t xml:space="preserve"> Note - GRN)</w:t>
      </w:r>
      <w:r w:rsidRPr="0085617C">
        <w:rPr>
          <w:lang w:val="fr-SN"/>
        </w:rPr>
        <w:t xml:space="preserve"> par le chef de site ou le responsable logistique du Client.</w:t>
      </w:r>
    </w:p>
    <w:p w14:paraId="1716B855" w14:textId="77777777" w:rsidR="00BB1D51" w:rsidRPr="0085617C" w:rsidRDefault="00717C18">
      <w:pPr>
        <w:pStyle w:val="Heading2"/>
        <w:rPr>
          <w:lang w:val="fr-SN"/>
        </w:rPr>
      </w:pPr>
      <w:r w:rsidRPr="0085617C">
        <w:rPr>
          <w:lang w:val="fr-SN"/>
        </w:rPr>
        <w:t>ARTICLE 3 : NORMES HSE (HYGIÈNE, SÉCURITÉ ET ENVIRONNEMENT)</w:t>
      </w:r>
    </w:p>
    <w:p w14:paraId="5DAA5FE1" w14:textId="77777777" w:rsidR="00BB1D51" w:rsidRPr="0085617C" w:rsidRDefault="00717C18">
      <w:pPr>
        <w:rPr>
          <w:lang w:val="fr-SN"/>
        </w:rPr>
      </w:pPr>
      <w:r w:rsidRPr="0085617C">
        <w:rPr>
          <w:lang w:val="fr-SN"/>
        </w:rPr>
        <w:t>Le Sous-Traitant s'engage formellement à respecter et à faire respecter par son personnel toutes les normes de sécurité (HSE) imposées par le Client sur le site minier. Tout manquement grave aux règles de sécurité pourra entraîner la résiliation immédiate du présent contrat et l'expulsion du personnel du Sous-Traitant hors du site.</w:t>
      </w:r>
    </w:p>
    <w:p w14:paraId="6C2D341F" w14:textId="77777777" w:rsidR="00BB1D51" w:rsidRPr="0085617C" w:rsidRDefault="00717C18">
      <w:pPr>
        <w:pStyle w:val="Heading2"/>
        <w:rPr>
          <w:lang w:val="fr-SN"/>
        </w:rPr>
      </w:pPr>
      <w:r w:rsidRPr="0085617C">
        <w:rPr>
          <w:lang w:val="fr-SN"/>
        </w:rPr>
        <w:t>ARTICLE 4 : CONDITIONS FINANCIÈRES ET PAIEMENT SÉCURISÉ (ESCRO)</w:t>
      </w:r>
    </w:p>
    <w:p w14:paraId="1D356CFE" w14:textId="77777777" w:rsidR="00BB1D51" w:rsidRPr="0085617C" w:rsidRDefault="00717C18">
      <w:pPr>
        <w:rPr>
          <w:lang w:val="fr-SN"/>
        </w:rPr>
      </w:pPr>
      <w:r w:rsidRPr="0085617C">
        <w:rPr>
          <w:lang w:val="fr-SN"/>
        </w:rPr>
        <w:t xml:space="preserve">Le montant total convenu pour la présente prestation / fourniture est de </w:t>
      </w:r>
      <w:r w:rsidRPr="0085617C">
        <w:rPr>
          <w:b/>
          <w:lang w:val="fr-SN"/>
        </w:rPr>
        <w:t>[Montant en chiffres] FCFA</w:t>
      </w:r>
      <w:r w:rsidRPr="0085617C">
        <w:rPr>
          <w:lang w:val="fr-SN"/>
        </w:rPr>
        <w:t>.</w:t>
      </w:r>
    </w:p>
    <w:p w14:paraId="25A31D1F" w14:textId="77777777" w:rsidR="00BB1D51" w:rsidRPr="0085617C" w:rsidRDefault="00717C18">
      <w:pPr>
        <w:rPr>
          <w:lang w:val="fr-SN"/>
        </w:rPr>
      </w:pPr>
      <w:r w:rsidRPr="0085617C">
        <w:rPr>
          <w:lang w:val="fr-SN"/>
        </w:rPr>
        <w:t xml:space="preserve">Compte tenu des délais de paiement habituels dans le secteur minier, les Parties conviennent de sécuriser la transaction via la plateforme </w:t>
      </w:r>
      <w:r w:rsidRPr="0085617C">
        <w:rPr>
          <w:b/>
          <w:lang w:val="fr-SN"/>
        </w:rPr>
        <w:t>ESCRO</w:t>
      </w:r>
      <w:r w:rsidRPr="0085617C">
        <w:rPr>
          <w:lang w:val="fr-SN"/>
        </w:rPr>
        <w:t xml:space="preserve"> selon les modalités suivantes :</w:t>
      </w:r>
    </w:p>
    <w:p w14:paraId="7DA107B9" w14:textId="77777777" w:rsidR="00BB1D51" w:rsidRPr="0085617C" w:rsidRDefault="00717C18">
      <w:pPr>
        <w:pStyle w:val="ListNumber"/>
        <w:spacing w:after="80"/>
        <w:rPr>
          <w:lang w:val="fr-SN"/>
        </w:rPr>
      </w:pPr>
      <w:r w:rsidRPr="0085617C">
        <w:rPr>
          <w:b/>
          <w:lang w:val="fr-SN"/>
        </w:rPr>
        <w:t xml:space="preserve">Séquestre à la commande : </w:t>
      </w:r>
      <w:r w:rsidRPr="0085617C">
        <w:rPr>
          <w:lang w:val="fr-SN"/>
        </w:rPr>
        <w:t xml:space="preserve">Dès la signature du présent contrat et l'émission du Bon de Commande, le Client dépose l'intégralité du montant (100 %) sur le compte séquestre </w:t>
      </w:r>
      <w:proofErr w:type="spellStart"/>
      <w:r w:rsidRPr="0085617C">
        <w:rPr>
          <w:lang w:val="fr-SN"/>
        </w:rPr>
        <w:t>ESCRO</w:t>
      </w:r>
      <w:proofErr w:type="spellEnd"/>
      <w:r w:rsidRPr="0085617C">
        <w:rPr>
          <w:lang w:val="fr-SN"/>
        </w:rPr>
        <w:t>. Ce dépôt garantit au Sous-Traitant que les fonds sont disponibles.</w:t>
      </w:r>
    </w:p>
    <w:p w14:paraId="25B23FC4" w14:textId="77777777" w:rsidR="00BB1D51" w:rsidRPr="0085617C" w:rsidRDefault="00717C18">
      <w:pPr>
        <w:pStyle w:val="ListNumber"/>
        <w:spacing w:after="80"/>
        <w:rPr>
          <w:lang w:val="fr-SN"/>
        </w:rPr>
      </w:pPr>
      <w:r w:rsidRPr="0085617C">
        <w:rPr>
          <w:b/>
          <w:lang w:val="fr-SN"/>
        </w:rPr>
        <w:t xml:space="preserve">Déclenchement du délai de paiement : </w:t>
      </w:r>
      <w:r w:rsidRPr="0085617C">
        <w:rPr>
          <w:lang w:val="fr-SN"/>
        </w:rPr>
        <w:t xml:space="preserve">La livraison physique sur le site minier est actée par la signature du Bon de Réception (GRN). Ce document doit être scanné et téléversé sur la plateforme </w:t>
      </w:r>
      <w:proofErr w:type="spellStart"/>
      <w:r w:rsidRPr="0085617C">
        <w:rPr>
          <w:lang w:val="fr-SN"/>
        </w:rPr>
        <w:t>ESCRO</w:t>
      </w:r>
      <w:proofErr w:type="spellEnd"/>
      <w:r w:rsidRPr="0085617C">
        <w:rPr>
          <w:lang w:val="fr-SN"/>
        </w:rPr>
        <w:t xml:space="preserve"> par le Sous-Traitant.</w:t>
      </w:r>
    </w:p>
    <w:p w14:paraId="424509E9" w14:textId="77777777" w:rsidR="00BB1D51" w:rsidRPr="0085617C" w:rsidRDefault="00717C18">
      <w:pPr>
        <w:pStyle w:val="ListNumber"/>
        <w:spacing w:after="80"/>
        <w:rPr>
          <w:lang w:val="fr-SN"/>
        </w:rPr>
      </w:pPr>
      <w:r w:rsidRPr="0085617C">
        <w:rPr>
          <w:b/>
          <w:lang w:val="fr-SN"/>
        </w:rPr>
        <w:t xml:space="preserve">Validation et Libération des fonds (J+30) : </w:t>
      </w:r>
      <w:r w:rsidRPr="0085617C">
        <w:rPr>
          <w:lang w:val="fr-SN"/>
        </w:rPr>
        <w:t>Le Client dispose de [</w:t>
      </w:r>
      <w:proofErr w:type="gramStart"/>
      <w:r w:rsidRPr="0085617C">
        <w:rPr>
          <w:lang w:val="fr-SN"/>
        </w:rPr>
        <w:t>ex:</w:t>
      </w:r>
      <w:proofErr w:type="gramEnd"/>
      <w:r w:rsidRPr="0085617C">
        <w:rPr>
          <w:lang w:val="fr-SN"/>
        </w:rPr>
        <w:t xml:space="preserve"> 3, 5] jours pour valider le GRN on </w:t>
      </w:r>
      <w:proofErr w:type="spellStart"/>
      <w:r w:rsidRPr="0085617C">
        <w:rPr>
          <w:lang w:val="fr-SN"/>
        </w:rPr>
        <w:t>ESCRO</w:t>
      </w:r>
      <w:proofErr w:type="spellEnd"/>
      <w:r w:rsidRPr="0085617C">
        <w:rPr>
          <w:lang w:val="fr-SN"/>
        </w:rPr>
        <w:t xml:space="preserve">. Une fois validé, </w:t>
      </w:r>
      <w:proofErr w:type="spellStart"/>
      <w:r w:rsidRPr="0085617C">
        <w:rPr>
          <w:lang w:val="fr-SN"/>
        </w:rPr>
        <w:t>ESCRO</w:t>
      </w:r>
      <w:proofErr w:type="spellEnd"/>
      <w:r w:rsidRPr="0085617C">
        <w:rPr>
          <w:lang w:val="fr-SN"/>
        </w:rPr>
        <w:t xml:space="preserve"> programmera la libération automatique des fonds au Sous-Traitant à </w:t>
      </w:r>
      <w:r w:rsidRPr="0085617C">
        <w:rPr>
          <w:b/>
          <w:lang w:val="fr-SN"/>
        </w:rPr>
        <w:t>[</w:t>
      </w:r>
      <w:proofErr w:type="gramStart"/>
      <w:r w:rsidRPr="0085617C">
        <w:rPr>
          <w:b/>
          <w:lang w:val="fr-SN"/>
        </w:rPr>
        <w:t>ex:</w:t>
      </w:r>
      <w:proofErr w:type="gramEnd"/>
      <w:r w:rsidRPr="0085617C">
        <w:rPr>
          <w:b/>
          <w:lang w:val="fr-SN"/>
        </w:rPr>
        <w:t xml:space="preserve"> 30, 45, 60] jours nets</w:t>
      </w:r>
      <w:r w:rsidRPr="0085617C">
        <w:rPr>
          <w:lang w:val="fr-SN"/>
        </w:rPr>
        <w:t xml:space="preserve"> après la date du GRN, conformément aux délais de paiement </w:t>
      </w:r>
      <w:proofErr w:type="spellStart"/>
      <w:r w:rsidRPr="0085617C">
        <w:rPr>
          <w:lang w:val="fr-SN"/>
        </w:rPr>
        <w:t>corporate</w:t>
      </w:r>
      <w:proofErr w:type="spellEnd"/>
      <w:r w:rsidRPr="0085617C">
        <w:rPr>
          <w:lang w:val="fr-SN"/>
        </w:rPr>
        <w:t xml:space="preserve"> du Client.</w:t>
      </w:r>
    </w:p>
    <w:p w14:paraId="6D9A02F6" w14:textId="77777777" w:rsidR="00BB1D51" w:rsidRDefault="00717C18">
      <w:pPr>
        <w:pStyle w:val="Heading2"/>
      </w:pPr>
      <w:r>
        <w:t xml:space="preserve">ARTICLE </w:t>
      </w:r>
      <w:proofErr w:type="gramStart"/>
      <w:r>
        <w:t>5 :</w:t>
      </w:r>
      <w:proofErr w:type="gramEnd"/>
      <w:r>
        <w:t xml:space="preserve"> PÉNALITÉS</w:t>
      </w:r>
    </w:p>
    <w:p w14:paraId="487096F8" w14:textId="77777777" w:rsidR="00BB1D51" w:rsidRPr="0085617C" w:rsidRDefault="00717C18">
      <w:pPr>
        <w:pStyle w:val="ListBullet"/>
        <w:spacing w:after="80"/>
        <w:rPr>
          <w:lang w:val="fr-SN"/>
        </w:rPr>
      </w:pPr>
      <w:r w:rsidRPr="0085617C">
        <w:rPr>
          <w:b/>
          <w:lang w:val="fr-SN"/>
        </w:rPr>
        <w:t xml:space="preserve">Retard de livraison : </w:t>
      </w:r>
      <w:r w:rsidRPr="0085617C">
        <w:rPr>
          <w:lang w:val="fr-SN"/>
        </w:rPr>
        <w:t xml:space="preserve">En cas de retard de livraison non justifié par la force majeure, une pénalité de </w:t>
      </w:r>
      <w:r w:rsidRPr="0085617C">
        <w:rPr>
          <w:b/>
          <w:lang w:val="fr-SN"/>
        </w:rPr>
        <w:t>[X] %</w:t>
      </w:r>
      <w:r w:rsidRPr="0085617C">
        <w:rPr>
          <w:lang w:val="fr-SN"/>
        </w:rPr>
        <w:t xml:space="preserve"> du montant de la commande par jour de retard sera appliquée et déduite du paiement final par </w:t>
      </w:r>
      <w:proofErr w:type="spellStart"/>
      <w:r w:rsidRPr="0085617C">
        <w:rPr>
          <w:lang w:val="fr-SN"/>
        </w:rPr>
        <w:t>ESCRO</w:t>
      </w:r>
      <w:proofErr w:type="spellEnd"/>
      <w:r w:rsidRPr="0085617C">
        <w:rPr>
          <w:lang w:val="fr-SN"/>
        </w:rPr>
        <w:t>.</w:t>
      </w:r>
    </w:p>
    <w:p w14:paraId="225C8ED3" w14:textId="77777777" w:rsidR="00BB1D51" w:rsidRPr="0085617C" w:rsidRDefault="00717C18">
      <w:pPr>
        <w:pStyle w:val="ListBullet"/>
        <w:spacing w:after="80"/>
        <w:rPr>
          <w:lang w:val="fr-SN"/>
        </w:rPr>
      </w:pPr>
      <w:r w:rsidRPr="0085617C">
        <w:rPr>
          <w:b/>
          <w:lang w:val="fr-SN"/>
        </w:rPr>
        <w:t xml:space="preserve">Non-conformité : </w:t>
      </w:r>
      <w:r w:rsidRPr="0085617C">
        <w:rPr>
          <w:lang w:val="fr-SN"/>
        </w:rPr>
        <w:t>Si les biens livrés ou les services rendus ne sont pas conformes au Bon de Commande, le Client est en droit de refuser la signature du GRN. Les fonds resteront séquestrés jusqu'au remplacement des biens ou à la régularisation de la prestation par le Sous-Traitant.</w:t>
      </w:r>
    </w:p>
    <w:p w14:paraId="53DFE940" w14:textId="77777777" w:rsidR="00BB1D51" w:rsidRPr="0085617C" w:rsidRDefault="00717C18">
      <w:pPr>
        <w:pStyle w:val="Heading2"/>
        <w:rPr>
          <w:lang w:val="fr-SN"/>
        </w:rPr>
      </w:pPr>
      <w:r w:rsidRPr="0085617C">
        <w:rPr>
          <w:lang w:val="fr-SN"/>
        </w:rPr>
        <w:lastRenderedPageBreak/>
        <w:t>ARTICLE 6 : ASSURANCES</w:t>
      </w:r>
    </w:p>
    <w:p w14:paraId="500429B8" w14:textId="77777777" w:rsidR="00BB1D51" w:rsidRPr="0085617C" w:rsidRDefault="00717C18">
      <w:pPr>
        <w:rPr>
          <w:lang w:val="fr-SN"/>
        </w:rPr>
      </w:pPr>
      <w:r w:rsidRPr="0085617C">
        <w:rPr>
          <w:lang w:val="fr-SN"/>
        </w:rPr>
        <w:t>Le Sous-Traitant justifie avoir souscrit les polices d'assurances nécessaires à la couverture de sa responsabilité civile professionnelle, ainsi que l'assurance de ses véhicules et de son personnel intervenant sur le site minier.</w:t>
      </w:r>
    </w:p>
    <w:p w14:paraId="4AC16025" w14:textId="77777777" w:rsidR="00BB1D51" w:rsidRPr="0085617C" w:rsidRDefault="00717C18">
      <w:pPr>
        <w:pStyle w:val="Heading2"/>
        <w:rPr>
          <w:lang w:val="fr-SN"/>
        </w:rPr>
      </w:pPr>
      <w:r w:rsidRPr="0085617C">
        <w:rPr>
          <w:lang w:val="fr-SN"/>
        </w:rPr>
        <w:t>ARTICLE 7 : RÉSOLUTION DES LITIGES</w:t>
      </w:r>
    </w:p>
    <w:p w14:paraId="77923F48" w14:textId="77777777" w:rsidR="00BB1D51" w:rsidRPr="0085617C" w:rsidRDefault="00717C18">
      <w:pPr>
        <w:rPr>
          <w:lang w:val="fr-SN"/>
        </w:rPr>
      </w:pPr>
      <w:r w:rsidRPr="0085617C">
        <w:rPr>
          <w:lang w:val="fr-SN"/>
        </w:rPr>
        <w:t xml:space="preserve">En cas de litige relatif à l'exécution du présent contrat (quantités livrées, qualité, application des pénalités), les fonds demeurent bloqués sur le compte séquestre </w:t>
      </w:r>
      <w:proofErr w:type="spellStart"/>
      <w:r w:rsidRPr="0085617C">
        <w:rPr>
          <w:lang w:val="fr-SN"/>
        </w:rPr>
        <w:t>ESCRO</w:t>
      </w:r>
      <w:proofErr w:type="spellEnd"/>
      <w:r w:rsidRPr="0085617C">
        <w:rPr>
          <w:lang w:val="fr-SN"/>
        </w:rPr>
        <w:t>.</w:t>
      </w:r>
    </w:p>
    <w:p w14:paraId="4092B72D" w14:textId="38C02A08" w:rsidR="00BB1D51" w:rsidRPr="0085617C" w:rsidRDefault="00717C18">
      <w:pPr>
        <w:rPr>
          <w:lang w:val="fr-SN"/>
        </w:rPr>
      </w:pPr>
      <w:r w:rsidRPr="0085617C">
        <w:rPr>
          <w:lang w:val="fr-SN"/>
        </w:rPr>
        <w:t>Les Parties s'engagent à rechercher une solution amiable via le service de Médiation d'</w:t>
      </w:r>
      <w:proofErr w:type="spellStart"/>
      <w:r w:rsidRPr="0085617C">
        <w:rPr>
          <w:lang w:val="fr-SN"/>
        </w:rPr>
        <w:t>ESCRO</w:t>
      </w:r>
      <w:proofErr w:type="spellEnd"/>
      <w:r w:rsidRPr="0085617C">
        <w:rPr>
          <w:lang w:val="fr-SN"/>
        </w:rPr>
        <w:t>. À défaut d'accord dans un délai de 30 jours, le litige sera tranché définitivement par les juridictions compétentes</w:t>
      </w:r>
      <w:r w:rsidRPr="0085617C">
        <w:rPr>
          <w:lang w:val="fr-SN"/>
        </w:rPr>
        <w:t>, conformément au droit OHADA.</w:t>
      </w:r>
    </w:p>
    <w:p w14:paraId="578A034D" w14:textId="77777777" w:rsidR="00BB1D51" w:rsidRPr="0085617C" w:rsidRDefault="00717C18">
      <w:pPr>
        <w:keepNext/>
        <w:spacing w:before="480" w:after="240"/>
        <w:rPr>
          <w:lang w:val="fr-SN"/>
        </w:rPr>
      </w:pPr>
      <w:r w:rsidRPr="0085617C">
        <w:rPr>
          <w:lang w:val="fr-SN"/>
        </w:rPr>
        <w:t>Fait à [Ville], le [Date]</w:t>
      </w:r>
      <w:r w:rsidRPr="0085617C">
        <w:rPr>
          <w:lang w:val="fr-SN"/>
        </w:rPr>
        <w:br/>
        <w:t>En deux exemplaires originaux.</w:t>
      </w:r>
    </w:p>
    <w:tbl>
      <w:tblPr>
        <w:tblW w:w="0" w:type="auto"/>
        <w:jc w:val="center"/>
        <w:tblLayout w:type="fixed"/>
        <w:tblCellMar>
          <w:top w:w="100" w:type="dxa"/>
          <w:left w:w="100" w:type="dxa"/>
          <w:bottom w:w="100" w:type="dxa"/>
          <w:right w:w="100" w:type="dxa"/>
        </w:tblCellMar>
        <w:tblLook w:val="04A0" w:firstRow="1" w:lastRow="0" w:firstColumn="1" w:lastColumn="0" w:noHBand="0" w:noVBand="1"/>
      </w:tblPr>
      <w:tblGrid>
        <w:gridCol w:w="4680"/>
        <w:gridCol w:w="4680"/>
      </w:tblGrid>
      <w:tr w:rsidR="00BB1D51" w:rsidRPr="0085617C" w14:paraId="403AB08D" w14:textId="77777777">
        <w:trPr>
          <w:jc w:val="center"/>
        </w:trPr>
        <w:tc>
          <w:tcPr>
            <w:tcW w:w="4680" w:type="dxa"/>
          </w:tcPr>
          <w:p w14:paraId="64AD8586" w14:textId="77777777" w:rsidR="00BB1D51" w:rsidRPr="0085617C" w:rsidRDefault="00717C18">
            <w:pPr>
              <w:spacing w:before="120" w:after="80"/>
              <w:rPr>
                <w:lang w:val="fr-SN"/>
              </w:rPr>
            </w:pPr>
            <w:r w:rsidRPr="0085617C">
              <w:rPr>
                <w:b/>
                <w:color w:val="1F4E79"/>
                <w:lang w:val="fr-SN"/>
              </w:rPr>
              <w:t>Le Client</w:t>
            </w:r>
            <w:r w:rsidRPr="0085617C">
              <w:rPr>
                <w:b/>
                <w:color w:val="1F4E79"/>
                <w:lang w:val="fr-SN"/>
              </w:rPr>
              <w:br/>
            </w:r>
            <w:r w:rsidRPr="0085617C">
              <w:rPr>
                <w:i/>
                <w:sz w:val="19"/>
                <w:lang w:val="fr-SN"/>
              </w:rPr>
              <w:t>(Société Minière / Entrepreneur Principal)</w:t>
            </w:r>
            <w:r w:rsidRPr="0085617C">
              <w:rPr>
                <w:i/>
                <w:sz w:val="19"/>
                <w:lang w:val="fr-SN"/>
              </w:rPr>
              <w:br/>
            </w:r>
            <w:r w:rsidRPr="0085617C">
              <w:rPr>
                <w:i/>
                <w:sz w:val="19"/>
                <w:lang w:val="fr-SN"/>
              </w:rPr>
              <w:br/>
            </w:r>
            <w:r w:rsidRPr="0085617C">
              <w:rPr>
                <w:i/>
                <w:sz w:val="19"/>
                <w:lang w:val="fr-SN"/>
              </w:rPr>
              <w:br/>
            </w:r>
            <w:r w:rsidRPr="0085617C">
              <w:rPr>
                <w:i/>
                <w:sz w:val="19"/>
                <w:lang w:val="fr-SN"/>
              </w:rPr>
              <w:br/>
            </w:r>
            <w:r w:rsidRPr="0085617C">
              <w:rPr>
                <w:i/>
                <w:color w:val="7F7F7F"/>
                <w:sz w:val="18"/>
                <w:lang w:val="fr-SN"/>
              </w:rPr>
              <w:t>[Signature précédée de la mention "Bon pour accord"]</w:t>
            </w:r>
          </w:p>
        </w:tc>
        <w:tc>
          <w:tcPr>
            <w:tcW w:w="4680" w:type="dxa"/>
          </w:tcPr>
          <w:p w14:paraId="6FE85CBD" w14:textId="77777777" w:rsidR="00BB1D51" w:rsidRPr="0085617C" w:rsidRDefault="00717C18">
            <w:pPr>
              <w:spacing w:before="120" w:after="80"/>
              <w:rPr>
                <w:lang w:val="fr-SN"/>
              </w:rPr>
            </w:pPr>
            <w:r w:rsidRPr="0085617C">
              <w:rPr>
                <w:b/>
                <w:color w:val="1F4E79"/>
                <w:lang w:val="fr-SN"/>
              </w:rPr>
              <w:t>Le Sous-Traitant</w:t>
            </w:r>
            <w:r w:rsidRPr="0085617C">
              <w:rPr>
                <w:b/>
                <w:color w:val="1F4E79"/>
                <w:lang w:val="fr-SN"/>
              </w:rPr>
              <w:br/>
            </w:r>
            <w:r w:rsidRPr="0085617C">
              <w:rPr>
                <w:i/>
                <w:sz w:val="19"/>
                <w:lang w:val="fr-SN"/>
              </w:rPr>
              <w:t>(Fournisseur)</w:t>
            </w:r>
            <w:r w:rsidRPr="0085617C">
              <w:rPr>
                <w:i/>
                <w:sz w:val="19"/>
                <w:lang w:val="fr-SN"/>
              </w:rPr>
              <w:br/>
            </w:r>
            <w:r w:rsidRPr="0085617C">
              <w:rPr>
                <w:i/>
                <w:sz w:val="19"/>
                <w:lang w:val="fr-SN"/>
              </w:rPr>
              <w:br/>
            </w:r>
            <w:r w:rsidRPr="0085617C">
              <w:rPr>
                <w:i/>
                <w:sz w:val="19"/>
                <w:lang w:val="fr-SN"/>
              </w:rPr>
              <w:br/>
            </w:r>
            <w:r w:rsidRPr="0085617C">
              <w:rPr>
                <w:i/>
                <w:sz w:val="19"/>
                <w:lang w:val="fr-SN"/>
              </w:rPr>
              <w:br/>
            </w:r>
            <w:r w:rsidRPr="0085617C">
              <w:rPr>
                <w:i/>
                <w:color w:val="7F7F7F"/>
                <w:sz w:val="18"/>
                <w:lang w:val="fr-SN"/>
              </w:rPr>
              <w:t>[Signature précédée de la mention "Bon pour accord"]</w:t>
            </w:r>
          </w:p>
        </w:tc>
      </w:tr>
    </w:tbl>
    <w:p w14:paraId="5861CE51" w14:textId="77777777" w:rsidR="00717C18" w:rsidRPr="0085617C" w:rsidRDefault="00717C18">
      <w:pPr>
        <w:rPr>
          <w:lang w:val="fr-SN"/>
        </w:rPr>
      </w:pPr>
    </w:p>
    <w:sectPr w:rsidR="00717C18" w:rsidRPr="0085617C"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926DD" w14:textId="77777777" w:rsidR="00717C18" w:rsidRDefault="00717C18">
      <w:pPr>
        <w:spacing w:after="0" w:line="240" w:lineRule="auto"/>
      </w:pPr>
      <w:r>
        <w:separator/>
      </w:r>
    </w:p>
  </w:endnote>
  <w:endnote w:type="continuationSeparator" w:id="0">
    <w:p w14:paraId="032E22C0" w14:textId="77777777" w:rsidR="00717C18" w:rsidRDefault="00717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46CFA" w14:textId="44C25516" w:rsidR="00BB1D51" w:rsidRDefault="00717C18">
    <w:pPr>
      <w:pStyle w:val="Footer"/>
      <w:jc w:val="center"/>
    </w:pPr>
    <w:r>
      <w:t xml:space="preserve">Page </w:t>
    </w:r>
    <w:r>
      <w:fldChar w:fldCharType="begin"/>
    </w:r>
    <w:r>
      <w:instrText>PAGE</w:instrText>
    </w:r>
    <w:r w:rsidR="0085617C">
      <w:fldChar w:fldCharType="separate"/>
    </w:r>
    <w:r w:rsidR="0085617C">
      <w:rPr>
        <w:noProof/>
      </w:rPr>
      <w:t>1</w:t>
    </w:r>
    <w:r>
      <w:fldChar w:fldCharType="end"/>
    </w:r>
    <w:r>
      <w:t xml:space="preserve"> sur </w:t>
    </w:r>
    <w:r>
      <w:fldChar w:fldCharType="begin"/>
    </w:r>
    <w:r>
      <w:instrText>NUMPAGES</w:instrText>
    </w:r>
    <w:r w:rsidR="0085617C">
      <w:fldChar w:fldCharType="separate"/>
    </w:r>
    <w:r w:rsidR="0085617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7DA8D" w14:textId="77777777" w:rsidR="00717C18" w:rsidRDefault="00717C18">
      <w:pPr>
        <w:spacing w:after="0" w:line="240" w:lineRule="auto"/>
      </w:pPr>
      <w:r>
        <w:separator/>
      </w:r>
    </w:p>
  </w:footnote>
  <w:footnote w:type="continuationSeparator" w:id="0">
    <w:p w14:paraId="0603AB47" w14:textId="77777777" w:rsidR="00717C18" w:rsidRDefault="00717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1C0BA" w14:textId="46C307C7" w:rsidR="00BB1D51" w:rsidRPr="000277DC" w:rsidRDefault="00717C18">
    <w:pPr>
      <w:pStyle w:val="Header"/>
      <w:jc w:val="right"/>
      <w:rPr>
        <w:lang w:val="fr-SN"/>
      </w:rPr>
    </w:pPr>
    <w:r w:rsidRPr="0085617C">
      <w:rPr>
        <w:color w:val="7F7F7F"/>
        <w:sz w:val="17"/>
        <w:lang w:val="fr-SN"/>
      </w:rPr>
      <w:t>CONTRAT DE SOUS-TRAITANCE SUR SITE MINIER |</w:t>
    </w:r>
    <w:r w:rsidRPr="0085617C">
      <w:rPr>
        <w:color w:val="7F7F7F"/>
        <w:sz w:val="17"/>
        <w:lang w:val="fr-SN"/>
      </w:rPr>
      <w:t xml:space="preserve"> </w:t>
    </w:r>
    <w:r w:rsidRPr="000277DC">
      <w:rPr>
        <w:color w:val="7F7F7F"/>
        <w:sz w:val="17"/>
        <w:lang w:val="fr-SN"/>
      </w:rPr>
      <w:t>ESCRO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73914651">
    <w:abstractNumId w:val="8"/>
  </w:num>
  <w:num w:numId="2" w16cid:durableId="1056195767">
    <w:abstractNumId w:val="6"/>
  </w:num>
  <w:num w:numId="3" w16cid:durableId="551159799">
    <w:abstractNumId w:val="5"/>
  </w:num>
  <w:num w:numId="4" w16cid:durableId="1461414096">
    <w:abstractNumId w:val="4"/>
  </w:num>
  <w:num w:numId="5" w16cid:durableId="349837643">
    <w:abstractNumId w:val="7"/>
  </w:num>
  <w:num w:numId="6" w16cid:durableId="1203518155">
    <w:abstractNumId w:val="3"/>
  </w:num>
  <w:num w:numId="7" w16cid:durableId="110826008">
    <w:abstractNumId w:val="2"/>
  </w:num>
  <w:num w:numId="8" w16cid:durableId="1847666540">
    <w:abstractNumId w:val="1"/>
  </w:num>
  <w:num w:numId="9" w16cid:durableId="83187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77DC"/>
    <w:rsid w:val="00034616"/>
    <w:rsid w:val="0006063C"/>
    <w:rsid w:val="0015074B"/>
    <w:rsid w:val="0029639D"/>
    <w:rsid w:val="00326F90"/>
    <w:rsid w:val="00717C18"/>
    <w:rsid w:val="0085617C"/>
    <w:rsid w:val="00AA1D8D"/>
    <w:rsid w:val="00B47730"/>
    <w:rsid w:val="00BB1D51"/>
    <w:rsid w:val="00CB0664"/>
    <w:rsid w:val="00D64D3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6ACEC29D-2313-4ED8-9F3F-E472540DB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eastAsia="Calibri" w:hAnsi="Calibri"/>
      <w:color w:val="1F1F1F"/>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320"/>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751</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Saydou Dama</cp:lastModifiedBy>
  <cp:revision>3</cp:revision>
  <dcterms:created xsi:type="dcterms:W3CDTF">2013-12-23T23:15:00Z</dcterms:created>
  <dcterms:modified xsi:type="dcterms:W3CDTF">2026-09-14T18:47:00Z</dcterms:modified>
  <cp:category/>
</cp:coreProperties>
</file>