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C947" w14:textId="77777777" w:rsidR="00136EA8" w:rsidRPr="00564894" w:rsidRDefault="009573DA">
      <w:pPr>
        <w:spacing w:before="240" w:after="80"/>
        <w:jc w:val="center"/>
        <w:rPr>
          <w:lang w:val="fr-SN"/>
        </w:rPr>
      </w:pPr>
      <w:r w:rsidRPr="00564894">
        <w:rPr>
          <w:b/>
          <w:color w:val="1F4E79"/>
          <w:sz w:val="40"/>
          <w:lang w:val="fr-SN"/>
        </w:rPr>
        <w:t>CONTRAT DE FOURNITURE DE BIENS ET MARCHANDISES</w:t>
      </w:r>
    </w:p>
    <w:p w14:paraId="557851C7" w14:textId="77777777" w:rsidR="00136EA8" w:rsidRPr="00564894" w:rsidRDefault="009573DA">
      <w:pPr>
        <w:spacing w:after="360"/>
        <w:jc w:val="center"/>
        <w:rPr>
          <w:lang w:val="fr-SN"/>
        </w:rPr>
      </w:pPr>
      <w:r w:rsidRPr="00564894">
        <w:rPr>
          <w:i/>
          <w:color w:val="595959"/>
          <w:sz w:val="20"/>
          <w:lang w:val="fr-SN"/>
        </w:rPr>
        <w:t>(Soumis aux dispositions de l’Acte Uniforme de l’OHADA portant sur le Droit Commercial Général)</w:t>
      </w:r>
    </w:p>
    <w:tbl>
      <w:tblPr>
        <w:tblW w:w="0" w:type="auto"/>
        <w:jc w:val="center"/>
        <w:tblLayout w:type="fixed"/>
        <w:tblCellMar>
          <w:top w:w="120" w:type="dxa"/>
          <w:left w:w="180" w:type="dxa"/>
          <w:bottom w:w="120" w:type="dxa"/>
          <w:right w:w="180" w:type="dxa"/>
        </w:tblCellMar>
        <w:tblLook w:val="04A0" w:firstRow="1" w:lastRow="0" w:firstColumn="1" w:lastColumn="0" w:noHBand="0" w:noVBand="1"/>
      </w:tblPr>
      <w:tblGrid>
        <w:gridCol w:w="9360"/>
      </w:tblGrid>
      <w:tr w:rsidR="00136EA8" w:rsidRPr="00564894" w14:paraId="2F6D075C" w14:textId="77777777">
        <w:trPr>
          <w:jc w:val="center"/>
        </w:trPr>
        <w:tc>
          <w:tcPr>
            <w:tcW w:w="9360" w:type="dxa"/>
            <w:tcBorders>
              <w:top w:val="single" w:sz="4" w:space="0" w:color="D0D7DE"/>
              <w:left w:val="single" w:sz="4" w:space="0" w:color="D0D7DE"/>
              <w:bottom w:val="single" w:sz="4" w:space="0" w:color="D0D7DE"/>
              <w:right w:val="single" w:sz="4" w:space="0" w:color="D0D7DE"/>
            </w:tcBorders>
            <w:shd w:val="clear" w:color="auto" w:fill="F2F5F8"/>
          </w:tcPr>
          <w:p w14:paraId="03E626D9" w14:textId="77777777" w:rsidR="00136EA8" w:rsidRPr="00564894" w:rsidRDefault="009573DA">
            <w:pPr>
              <w:spacing w:after="0"/>
              <w:jc w:val="center"/>
              <w:rPr>
                <w:lang w:val="fr-SN"/>
              </w:rPr>
            </w:pPr>
            <w:r w:rsidRPr="00564894">
              <w:rPr>
                <w:b/>
                <w:color w:val="1F4E79"/>
                <w:sz w:val="19"/>
                <w:lang w:val="fr-SN"/>
              </w:rPr>
              <w:t xml:space="preserve">RÉFÉRENCE TRANSACTION SÉQUESTRE ESCRO : </w:t>
            </w:r>
            <w:r w:rsidRPr="00564894">
              <w:rPr>
                <w:b/>
                <w:sz w:val="19"/>
                <w:lang w:val="fr-SN"/>
              </w:rPr>
              <w:t>[Numéro de transaction généré]</w:t>
            </w:r>
          </w:p>
        </w:tc>
      </w:tr>
    </w:tbl>
    <w:p w14:paraId="04C01490" w14:textId="77777777" w:rsidR="00136EA8" w:rsidRPr="00564894" w:rsidRDefault="00136EA8">
      <w:pPr>
        <w:spacing w:before="240"/>
        <w:rPr>
          <w:lang w:val="fr-SN"/>
        </w:rPr>
      </w:pPr>
    </w:p>
    <w:p w14:paraId="57E19E5F" w14:textId="77777777" w:rsidR="00136EA8" w:rsidRDefault="009573DA">
      <w:pPr>
        <w:spacing w:after="240"/>
      </w:pPr>
      <w:r>
        <w:rPr>
          <w:b/>
        </w:rPr>
        <w:t>Entre les soussignés :</w:t>
      </w:r>
    </w:p>
    <w:tbl>
      <w:tblPr>
        <w:tblW w:w="0" w:type="auto"/>
        <w:jc w:val="center"/>
        <w:tblLayout w:type="fixed"/>
        <w:tblCellMar>
          <w:top w:w="120" w:type="dxa"/>
          <w:left w:w="120" w:type="dxa"/>
          <w:bottom w:w="120" w:type="dxa"/>
          <w:right w:w="120" w:type="dxa"/>
        </w:tblCellMar>
        <w:tblLook w:val="04A0" w:firstRow="1" w:lastRow="0" w:firstColumn="1" w:lastColumn="0" w:noHBand="0" w:noVBand="1"/>
      </w:tblPr>
      <w:tblGrid>
        <w:gridCol w:w="4464"/>
        <w:gridCol w:w="4464"/>
      </w:tblGrid>
      <w:tr w:rsidR="00136EA8" w:rsidRPr="00564894" w14:paraId="243678D5" w14:textId="77777777">
        <w:trPr>
          <w:jc w:val="center"/>
        </w:trPr>
        <w:tc>
          <w:tcPr>
            <w:tcW w:w="4464" w:type="dxa"/>
            <w:tcBorders>
              <w:top w:val="single" w:sz="4" w:space="0" w:color="E2E8F0"/>
              <w:left w:val="single" w:sz="4" w:space="0" w:color="E2E8F0"/>
              <w:bottom w:val="single" w:sz="4" w:space="0" w:color="E2E8F0"/>
              <w:right w:val="single" w:sz="4" w:space="0" w:color="E2E8F0"/>
            </w:tcBorders>
            <w:shd w:val="clear" w:color="auto" w:fill="F8F9FA"/>
          </w:tcPr>
          <w:p w14:paraId="058575FC" w14:textId="77777777" w:rsidR="00136EA8" w:rsidRPr="00564894" w:rsidRDefault="009573DA">
            <w:pPr>
              <w:spacing w:after="80"/>
              <w:rPr>
                <w:lang w:val="fr-SN"/>
              </w:rPr>
            </w:pPr>
            <w:r w:rsidRPr="00564894">
              <w:rPr>
                <w:b/>
                <w:color w:val="1F4E79"/>
                <w:sz w:val="21"/>
                <w:lang w:val="fr-SN"/>
              </w:rPr>
              <w:t>L’ACHETEUR</w:t>
            </w:r>
            <w:r w:rsidRPr="00564894">
              <w:rPr>
                <w:b/>
                <w:color w:val="1F4E79"/>
                <w:sz w:val="21"/>
                <w:lang w:val="fr-SN"/>
              </w:rPr>
              <w:br/>
            </w:r>
            <w:r w:rsidRPr="00564894">
              <w:rPr>
                <w:sz w:val="19"/>
                <w:lang w:val="fr-SN"/>
              </w:rPr>
              <w:t>[Nom / Dénomination sociale de l’Acheteur]</w:t>
            </w:r>
            <w:r w:rsidRPr="00564894">
              <w:rPr>
                <w:sz w:val="19"/>
                <w:lang w:val="fr-SN"/>
              </w:rPr>
              <w:br/>
              <w:t>Immatriculé(e) au RCCM sous le numéro : [Numéro RCCM]</w:t>
            </w:r>
            <w:r w:rsidRPr="00564894">
              <w:rPr>
                <w:sz w:val="19"/>
                <w:lang w:val="fr-SN"/>
              </w:rPr>
              <w:br/>
              <w:t>Siège social / Domicile : [Adresse complète, ex: Bamako, République du Mali]</w:t>
            </w:r>
            <w:r w:rsidRPr="00564894">
              <w:rPr>
                <w:sz w:val="19"/>
                <w:lang w:val="fr-SN"/>
              </w:rPr>
              <w:br/>
              <w:t>Représenté(e) par : [Prénom et Nom du représentant], en qualité de [Fonction]</w:t>
            </w:r>
            <w:r w:rsidRPr="00564894">
              <w:rPr>
                <w:sz w:val="19"/>
                <w:lang w:val="fr-SN"/>
              </w:rPr>
              <w:br/>
            </w:r>
            <w:r w:rsidRPr="00564894">
              <w:rPr>
                <w:sz w:val="19"/>
                <w:lang w:val="fr-SN"/>
              </w:rPr>
              <w:br/>
            </w:r>
            <w:r w:rsidRPr="00564894">
              <w:rPr>
                <w:sz w:val="19"/>
                <w:lang w:val="fr-SN"/>
              </w:rPr>
              <w:t>Ci-après dénommé(e) « l’Acheteur »</w:t>
            </w:r>
          </w:p>
        </w:tc>
        <w:tc>
          <w:tcPr>
            <w:tcW w:w="4464" w:type="dxa"/>
            <w:tcBorders>
              <w:top w:val="single" w:sz="4" w:space="0" w:color="E2E8F0"/>
              <w:left w:val="single" w:sz="4" w:space="0" w:color="E2E8F0"/>
              <w:bottom w:val="single" w:sz="4" w:space="0" w:color="E2E8F0"/>
              <w:right w:val="single" w:sz="4" w:space="0" w:color="E2E8F0"/>
            </w:tcBorders>
            <w:shd w:val="clear" w:color="auto" w:fill="F8F9FA"/>
          </w:tcPr>
          <w:p w14:paraId="6C0C055C" w14:textId="77777777" w:rsidR="00136EA8" w:rsidRPr="00564894" w:rsidRDefault="009573DA">
            <w:pPr>
              <w:spacing w:after="80"/>
              <w:rPr>
                <w:lang w:val="fr-SN"/>
              </w:rPr>
            </w:pPr>
            <w:r w:rsidRPr="00564894">
              <w:rPr>
                <w:b/>
                <w:color w:val="1F4E79"/>
                <w:sz w:val="21"/>
                <w:lang w:val="fr-SN"/>
              </w:rPr>
              <w:t>LE FOURNISSEUR</w:t>
            </w:r>
            <w:r w:rsidRPr="00564894">
              <w:rPr>
                <w:b/>
                <w:color w:val="1F4E79"/>
                <w:sz w:val="21"/>
                <w:lang w:val="fr-SN"/>
              </w:rPr>
              <w:br/>
            </w:r>
            <w:r w:rsidRPr="00564894">
              <w:rPr>
                <w:sz w:val="19"/>
                <w:lang w:val="fr-SN"/>
              </w:rPr>
              <w:t>[Nom / Dénomination sociale du Fournisseur]</w:t>
            </w:r>
            <w:r w:rsidRPr="00564894">
              <w:rPr>
                <w:sz w:val="19"/>
                <w:lang w:val="fr-SN"/>
              </w:rPr>
              <w:br/>
              <w:t>Immatriculé(e) au RCCM sous le numéro : [Numéro RCCM]</w:t>
            </w:r>
            <w:r w:rsidRPr="00564894">
              <w:rPr>
                <w:sz w:val="19"/>
                <w:lang w:val="fr-SN"/>
              </w:rPr>
              <w:br/>
              <w:t>Siège social : [Adresse complète, Pays]</w:t>
            </w:r>
            <w:r w:rsidRPr="00564894">
              <w:rPr>
                <w:sz w:val="19"/>
                <w:lang w:val="fr-SN"/>
              </w:rPr>
              <w:br/>
              <w:t>Représenté(e) par : [Prénom et Nom du représentant], en qualité de [Fonction]</w:t>
            </w:r>
            <w:r w:rsidRPr="00564894">
              <w:rPr>
                <w:sz w:val="19"/>
                <w:lang w:val="fr-SN"/>
              </w:rPr>
              <w:br/>
            </w:r>
            <w:r w:rsidRPr="00564894">
              <w:rPr>
                <w:sz w:val="19"/>
                <w:lang w:val="fr-SN"/>
              </w:rPr>
              <w:br/>
              <w:t>Ci-après dénommé(e) « le Fournisseur »</w:t>
            </w:r>
          </w:p>
        </w:tc>
      </w:tr>
    </w:tbl>
    <w:p w14:paraId="58C6581F" w14:textId="77777777" w:rsidR="00136EA8" w:rsidRPr="00564894" w:rsidRDefault="009573DA">
      <w:pPr>
        <w:spacing w:before="240" w:after="240"/>
        <w:jc w:val="center"/>
        <w:rPr>
          <w:lang w:val="fr-SN"/>
        </w:rPr>
      </w:pPr>
      <w:r w:rsidRPr="00564894">
        <w:rPr>
          <w:i/>
          <w:sz w:val="20"/>
          <w:lang w:val="fr-SN"/>
        </w:rPr>
        <w:t>Ci-après dénommées ensemble « les Parties ».</w:t>
      </w:r>
    </w:p>
    <w:p w14:paraId="4C2F87CF" w14:textId="77777777" w:rsidR="00136EA8" w:rsidRPr="00564894" w:rsidRDefault="00136EA8">
      <w:pPr>
        <w:pBdr>
          <w:bottom w:val="single" w:sz="6" w:space="1" w:color="1F4E79"/>
        </w:pBdr>
        <w:rPr>
          <w:lang w:val="fr-SN"/>
        </w:rPr>
      </w:pPr>
    </w:p>
    <w:p w14:paraId="5679F547" w14:textId="77777777" w:rsidR="00136EA8" w:rsidRPr="00564894" w:rsidRDefault="009573DA">
      <w:pPr>
        <w:pStyle w:val="Heading1"/>
        <w:rPr>
          <w:lang w:val="fr-SN"/>
        </w:rPr>
      </w:pPr>
      <w:r w:rsidRPr="00564894">
        <w:rPr>
          <w:lang w:val="fr-SN"/>
        </w:rPr>
        <w:t>ARTICLE 1 : OBJET DU CONTRAT</w:t>
      </w:r>
    </w:p>
    <w:p w14:paraId="1FC37FE8" w14:textId="77777777" w:rsidR="00136EA8" w:rsidRPr="00564894" w:rsidRDefault="009573DA">
      <w:pPr>
        <w:rPr>
          <w:lang w:val="fr-SN"/>
        </w:rPr>
      </w:pPr>
      <w:r w:rsidRPr="00564894">
        <w:rPr>
          <w:lang w:val="fr-SN"/>
        </w:rPr>
        <w:t>Le présent contrat a pour objet de définir les conditions dans lesquelles le Fournisseur s’engage à livrer et vendre à l’Acheteur, qui l’accepte, les marchandises désignées ci-après :</w:t>
      </w:r>
    </w:p>
    <w:p w14:paraId="2A0EBC54" w14:textId="77777777" w:rsidR="00136EA8" w:rsidRPr="00564894" w:rsidRDefault="009573DA">
      <w:pPr>
        <w:pStyle w:val="ListBullet"/>
        <w:spacing w:after="80"/>
        <w:rPr>
          <w:lang w:val="fr-SN"/>
        </w:rPr>
      </w:pPr>
      <w:r w:rsidRPr="00564894">
        <w:rPr>
          <w:b/>
          <w:lang w:val="fr-SN"/>
        </w:rPr>
        <w:t xml:space="preserve">Description des biens : </w:t>
      </w:r>
      <w:r w:rsidRPr="00564894">
        <w:rPr>
          <w:lang w:val="fr-SN"/>
        </w:rPr>
        <w:t>[Détailler les marchandises : nature, marque, spécifications techniques, quantité, conditionnement].</w:t>
      </w:r>
    </w:p>
    <w:p w14:paraId="125B9C37" w14:textId="77777777" w:rsidR="00136EA8" w:rsidRPr="00564894" w:rsidRDefault="009573DA">
      <w:pPr>
        <w:pStyle w:val="ListBullet"/>
        <w:spacing w:after="80"/>
        <w:rPr>
          <w:lang w:val="fr-SN"/>
        </w:rPr>
      </w:pPr>
      <w:r w:rsidRPr="00564894">
        <w:rPr>
          <w:lang w:val="fr-SN"/>
        </w:rPr>
        <w:t>Les caractéristiques complètes des marchandises figurent sur le bon de commande ou devis n° [Numéro] annexé au présent contrat (Annexe 1).</w:t>
      </w:r>
    </w:p>
    <w:p w14:paraId="5F849836" w14:textId="77777777" w:rsidR="00136EA8" w:rsidRPr="00564894" w:rsidRDefault="009573DA">
      <w:pPr>
        <w:pStyle w:val="Heading1"/>
        <w:rPr>
          <w:lang w:val="fr-SN"/>
        </w:rPr>
      </w:pPr>
      <w:r w:rsidRPr="00564894">
        <w:rPr>
          <w:lang w:val="fr-SN"/>
        </w:rPr>
        <w:t>ARTICLE 2 : DÉLAIS ET MODALITÉS DE LIVRAISON</w:t>
      </w:r>
    </w:p>
    <w:p w14:paraId="7CD02C3A" w14:textId="77777777" w:rsidR="00136EA8" w:rsidRPr="00564894" w:rsidRDefault="009573DA">
      <w:pPr>
        <w:rPr>
          <w:lang w:val="fr-SN"/>
        </w:rPr>
      </w:pPr>
      <w:r w:rsidRPr="00564894">
        <w:rPr>
          <w:lang w:val="fr-SN"/>
        </w:rPr>
        <w:t xml:space="preserve">Le Fournisseur s’engage à livrer les marchandises à l’adresse suivante : </w:t>
      </w:r>
      <w:r w:rsidRPr="00564894">
        <w:rPr>
          <w:b/>
          <w:lang w:val="fr-SN"/>
        </w:rPr>
        <w:t>[Adresse complète de livraison].</w:t>
      </w:r>
    </w:p>
    <w:p w14:paraId="593D9A64" w14:textId="77777777" w:rsidR="00136EA8" w:rsidRPr="00564894" w:rsidRDefault="009573DA">
      <w:pPr>
        <w:pStyle w:val="ListBullet"/>
        <w:spacing w:after="80"/>
        <w:rPr>
          <w:lang w:val="fr-SN"/>
        </w:rPr>
      </w:pPr>
      <w:r w:rsidRPr="00564894">
        <w:rPr>
          <w:b/>
          <w:lang w:val="fr-SN"/>
        </w:rPr>
        <w:t xml:space="preserve">Date de livraison : </w:t>
      </w:r>
      <w:r w:rsidRPr="00564894">
        <w:rPr>
          <w:lang w:val="fr-SN"/>
        </w:rPr>
        <w:t>Les marchandises seront livrées au plus tard le [Date limite de livraison].</w:t>
      </w:r>
    </w:p>
    <w:p w14:paraId="2B58C8C5" w14:textId="77777777" w:rsidR="00136EA8" w:rsidRPr="00564894" w:rsidRDefault="009573DA">
      <w:pPr>
        <w:pStyle w:val="ListBullet"/>
        <w:spacing w:after="80"/>
        <w:rPr>
          <w:lang w:val="fr-SN"/>
        </w:rPr>
      </w:pPr>
      <w:r w:rsidRPr="00564894">
        <w:rPr>
          <w:b/>
          <w:lang w:val="fr-SN"/>
        </w:rPr>
        <w:t xml:space="preserve">Preuve de livraison : </w:t>
      </w:r>
      <w:r w:rsidRPr="00564894">
        <w:rPr>
          <w:lang w:val="fr-SN"/>
        </w:rPr>
        <w:t xml:space="preserve">La livraison est matérialisée par la signature d’un </w:t>
      </w:r>
      <w:r w:rsidRPr="00564894">
        <w:rPr>
          <w:b/>
          <w:lang w:val="fr-SN"/>
        </w:rPr>
        <w:t>Bon de Livraison</w:t>
      </w:r>
      <w:r w:rsidRPr="00564894">
        <w:rPr>
          <w:lang w:val="fr-SN"/>
        </w:rPr>
        <w:t xml:space="preserve"> rédigé en double exemplaire, signé par l’Acheteur ou son représentant désigné lors de la réception physique des biens.</w:t>
      </w:r>
    </w:p>
    <w:p w14:paraId="081AEA43" w14:textId="77777777" w:rsidR="00136EA8" w:rsidRPr="00564894" w:rsidRDefault="009573DA">
      <w:pPr>
        <w:pStyle w:val="Heading1"/>
        <w:rPr>
          <w:lang w:val="fr-SN"/>
        </w:rPr>
      </w:pPr>
      <w:r w:rsidRPr="00564894">
        <w:rPr>
          <w:lang w:val="fr-SN"/>
        </w:rPr>
        <w:lastRenderedPageBreak/>
        <w:t>ARTICLE 3 : QUALITÉ ET TOLÉRANCE DE CONFORMITÉ</w:t>
      </w:r>
    </w:p>
    <w:p w14:paraId="0B99C4C4" w14:textId="77777777" w:rsidR="00136EA8" w:rsidRPr="00564894" w:rsidRDefault="009573DA">
      <w:pPr>
        <w:rPr>
          <w:lang w:val="fr-SN"/>
        </w:rPr>
      </w:pPr>
      <w:r w:rsidRPr="00564894">
        <w:rPr>
          <w:lang w:val="fr-SN"/>
        </w:rPr>
        <w:t>Les marchandises fournies doivent être neuves, de qualité loyale et marchande, et strictement conformes aux spécifications techniques convenues.</w:t>
      </w:r>
    </w:p>
    <w:p w14:paraId="251E3E10" w14:textId="77777777" w:rsidR="00136EA8" w:rsidRPr="00564894" w:rsidRDefault="009573DA">
      <w:pPr>
        <w:rPr>
          <w:lang w:val="fr-SN"/>
        </w:rPr>
      </w:pPr>
      <w:r w:rsidRPr="00564894">
        <w:rPr>
          <w:lang w:val="fr-SN"/>
        </w:rPr>
        <w:t xml:space="preserve">L’Acheteur dispose d’un droit de vérification qualitative lors de la réception. Un taux de défaut mineur de </w:t>
      </w:r>
      <w:r w:rsidRPr="00564894">
        <w:rPr>
          <w:b/>
          <w:lang w:val="fr-SN"/>
        </w:rPr>
        <w:t>[X] %</w:t>
      </w:r>
      <w:r w:rsidRPr="00564894">
        <w:rPr>
          <w:lang w:val="fr-SN"/>
        </w:rPr>
        <w:t xml:space="preserve"> maximum est toléré lors de la livraison globale. Tout défaut supérieur donnera droit à un remplacement ou à un ajustement du prix conformément aux règles de médiation.</w:t>
      </w:r>
    </w:p>
    <w:p w14:paraId="143FC1C2" w14:textId="77777777" w:rsidR="00136EA8" w:rsidRPr="00564894" w:rsidRDefault="009573DA">
      <w:pPr>
        <w:pStyle w:val="Heading1"/>
        <w:rPr>
          <w:lang w:val="fr-SN"/>
        </w:rPr>
      </w:pPr>
      <w:r w:rsidRPr="00564894">
        <w:rPr>
          <w:lang w:val="fr-SN"/>
        </w:rPr>
        <w:t>ARTICLE 4 : CONDITIONS FINANCIÈRES ET SÉQUESTRE ESCRO</w:t>
      </w:r>
    </w:p>
    <w:p w14:paraId="6CF8F010" w14:textId="77777777" w:rsidR="00136EA8" w:rsidRPr="00564894" w:rsidRDefault="009573DA">
      <w:pPr>
        <w:rPr>
          <w:lang w:val="fr-SN"/>
        </w:rPr>
      </w:pPr>
      <w:r w:rsidRPr="00564894">
        <w:rPr>
          <w:lang w:val="fr-SN"/>
        </w:rPr>
        <w:t xml:space="preserve">Le prix global et forfaitaire de la fourniture de biens est fixé à la somme de </w:t>
      </w:r>
      <w:r w:rsidRPr="00564894">
        <w:rPr>
          <w:b/>
          <w:lang w:val="fr-SN"/>
        </w:rPr>
        <w:t>[Montant en chiffres] FCFA</w:t>
      </w:r>
      <w:r w:rsidRPr="00564894">
        <w:rPr>
          <w:lang w:val="fr-SN"/>
        </w:rPr>
        <w:t xml:space="preserve"> (</w:t>
      </w:r>
      <w:r w:rsidRPr="00564894">
        <w:rPr>
          <w:i/>
          <w:lang w:val="fr-SN"/>
        </w:rPr>
        <w:t>[Montant en lettres] Francs CFA</w:t>
      </w:r>
      <w:r w:rsidRPr="00564894">
        <w:rPr>
          <w:lang w:val="fr-SN"/>
        </w:rPr>
        <w:t>).</w:t>
      </w:r>
    </w:p>
    <w:p w14:paraId="251E85AF" w14:textId="77777777" w:rsidR="00136EA8" w:rsidRPr="00564894" w:rsidRDefault="009573DA">
      <w:pPr>
        <w:rPr>
          <w:lang w:val="fr-SN"/>
        </w:rPr>
      </w:pPr>
      <w:r w:rsidRPr="00564894">
        <w:rPr>
          <w:lang w:val="fr-SN"/>
        </w:rPr>
        <w:t xml:space="preserve">Afin d’assurer la parfaite exécution de la livraison et la garantie de paiement pour le Fournisseur, les Parties s’accordent pour utiliser exclusivement la plateforme de séquestre </w:t>
      </w:r>
      <w:r w:rsidRPr="00564894">
        <w:rPr>
          <w:b/>
          <w:lang w:val="fr-SN"/>
        </w:rPr>
        <w:t>ESCRO</w:t>
      </w:r>
      <w:r w:rsidRPr="00564894">
        <w:rPr>
          <w:lang w:val="fr-SN"/>
        </w:rPr>
        <w:t xml:space="preserve"> :</w:t>
      </w:r>
    </w:p>
    <w:p w14:paraId="1EFB4565" w14:textId="77777777" w:rsidR="00136EA8" w:rsidRPr="00564894" w:rsidRDefault="009573DA">
      <w:pPr>
        <w:pStyle w:val="ListNumber"/>
        <w:spacing w:after="80"/>
        <w:rPr>
          <w:lang w:val="fr-SN"/>
        </w:rPr>
      </w:pPr>
      <w:r w:rsidRPr="00564894">
        <w:rPr>
          <w:b/>
          <w:lang w:val="fr-SN"/>
        </w:rPr>
        <w:t xml:space="preserve">Séquestre initial (100 %) : </w:t>
      </w:r>
      <w:r w:rsidRPr="00564894">
        <w:rPr>
          <w:lang w:val="fr-SN"/>
        </w:rPr>
        <w:t>Avant l’expédition ou la mise à disposition des marchandises, l’Acheteur dépose la totalité de la somme (100 %) sur le compte séquestre sécurisé d’ESCRO.</w:t>
      </w:r>
    </w:p>
    <w:p w14:paraId="28A1FDB9" w14:textId="77777777" w:rsidR="00136EA8" w:rsidRPr="00564894" w:rsidRDefault="009573DA">
      <w:pPr>
        <w:pStyle w:val="ListNumber"/>
        <w:spacing w:after="80"/>
        <w:rPr>
          <w:lang w:val="fr-SN"/>
        </w:rPr>
      </w:pPr>
      <w:r w:rsidRPr="00564894">
        <w:rPr>
          <w:b/>
          <w:lang w:val="fr-SN"/>
        </w:rPr>
        <w:t xml:space="preserve">Notification d’expédition/livraison : </w:t>
      </w:r>
      <w:r w:rsidRPr="00564894">
        <w:rPr>
          <w:lang w:val="fr-SN"/>
        </w:rPr>
        <w:t>Dès livraison, le Fournisseur téléverse sur ESCRO le Bon de Livraison signé et tamponné par l’Acheteur.</w:t>
      </w:r>
    </w:p>
    <w:p w14:paraId="698F675D" w14:textId="77777777" w:rsidR="00136EA8" w:rsidRPr="00564894" w:rsidRDefault="009573DA">
      <w:pPr>
        <w:pStyle w:val="ListNumber"/>
        <w:spacing w:after="80"/>
        <w:rPr>
          <w:lang w:val="fr-SN"/>
        </w:rPr>
      </w:pPr>
      <w:r w:rsidRPr="00564894">
        <w:rPr>
          <w:b/>
          <w:lang w:val="fr-SN"/>
        </w:rPr>
        <w:t xml:space="preserve">Libération des fonds : </w:t>
      </w:r>
      <w:r w:rsidRPr="00564894">
        <w:rPr>
          <w:lang w:val="fr-SN"/>
        </w:rPr>
        <w:t xml:space="preserve">L’Acheteur dispose d’un délai de </w:t>
      </w:r>
      <w:r w:rsidRPr="00564894">
        <w:rPr>
          <w:b/>
          <w:lang w:val="fr-SN"/>
        </w:rPr>
        <w:t>[X, ex: 3 ou 5] jours ouvrés</w:t>
      </w:r>
      <w:r w:rsidRPr="00564894">
        <w:rPr>
          <w:lang w:val="fr-SN"/>
        </w:rPr>
        <w:t xml:space="preserve"> après la date de livraison pour signaler tout défaut ou non-conformité sur ESCRO. Passé ce délai sans signalement de litige, les fonds séquestrés sont automatiquement libérés par ESCRO au bénéfice du Fournisseur.</w:t>
      </w:r>
    </w:p>
    <w:p w14:paraId="3D7D4DBA" w14:textId="77777777" w:rsidR="00136EA8" w:rsidRPr="00564894" w:rsidRDefault="009573DA">
      <w:pPr>
        <w:pStyle w:val="Heading1"/>
        <w:rPr>
          <w:lang w:val="fr-SN"/>
        </w:rPr>
      </w:pPr>
      <w:r w:rsidRPr="00564894">
        <w:rPr>
          <w:lang w:val="fr-SN"/>
        </w:rPr>
        <w:t>ARTICLE 5 : CLAUSE DE RÉSERVE DE PROPRIÉTÉ</w:t>
      </w:r>
    </w:p>
    <w:p w14:paraId="0B1BA47A" w14:textId="77777777" w:rsidR="00136EA8" w:rsidRPr="00564894" w:rsidRDefault="009573DA">
      <w:pPr>
        <w:rPr>
          <w:lang w:val="fr-SN"/>
        </w:rPr>
      </w:pPr>
      <w:r w:rsidRPr="00564894">
        <w:rPr>
          <w:lang w:val="fr-SN"/>
        </w:rPr>
        <w:t>Le Fournisseur conserve la propriété exclusive des marchandises livrées jusqu’au paiement intégral et définitif de leur prix par le biais de la libération des fonds séquestrés sur la plateforme ESCRO. En cas de litige non résolu, le Fournisseur pourra exiger la restitution des marchandises aux frais de l’Acheteur.</w:t>
      </w:r>
    </w:p>
    <w:p w14:paraId="3E818FDF" w14:textId="77777777" w:rsidR="00136EA8" w:rsidRPr="00564894" w:rsidRDefault="009573DA">
      <w:pPr>
        <w:pStyle w:val="Heading1"/>
        <w:rPr>
          <w:lang w:val="fr-SN"/>
        </w:rPr>
      </w:pPr>
      <w:r w:rsidRPr="00564894">
        <w:rPr>
          <w:lang w:val="fr-SN"/>
        </w:rPr>
        <w:t>ARTICLE 6 : CLAUSE DE FORCE MAJEURE</w:t>
      </w:r>
    </w:p>
    <w:p w14:paraId="0B7936A8" w14:textId="77777777" w:rsidR="00136EA8" w:rsidRPr="00564894" w:rsidRDefault="009573DA">
      <w:pPr>
        <w:rPr>
          <w:lang w:val="fr-SN"/>
        </w:rPr>
      </w:pPr>
      <w:r w:rsidRPr="00564894">
        <w:rPr>
          <w:lang w:val="fr-SN"/>
        </w:rPr>
        <w:t>Aucune des Parties ne sera tenue pour responsable d’un retard ou d’un manquement dans l’exécution de ses obligations contractuelles s’il est causé par un événement de force majeure (catastrophes naturelles, blocage des transports routiers, grèves, embargos portuaires ou frontaliers).</w:t>
      </w:r>
    </w:p>
    <w:p w14:paraId="443279F0" w14:textId="77777777" w:rsidR="00136EA8" w:rsidRPr="00564894" w:rsidRDefault="009573DA">
      <w:pPr>
        <w:pStyle w:val="Heading1"/>
        <w:rPr>
          <w:lang w:val="fr-SN"/>
        </w:rPr>
      </w:pPr>
      <w:r w:rsidRPr="00564894">
        <w:rPr>
          <w:lang w:val="fr-SN"/>
        </w:rPr>
        <w:t>ARTICLE 7 : LITIGES ET ARBITRAGE</w:t>
      </w:r>
    </w:p>
    <w:p w14:paraId="5F7CBAC9" w14:textId="77777777" w:rsidR="00136EA8" w:rsidRPr="00564894" w:rsidRDefault="009573DA">
      <w:pPr>
        <w:rPr>
          <w:lang w:val="fr-SN"/>
        </w:rPr>
      </w:pPr>
      <w:r w:rsidRPr="00564894">
        <w:rPr>
          <w:lang w:val="fr-SN"/>
        </w:rPr>
        <w:t>En cas de désaccord sur la qualité, la quantité ou l’état des marchandises livrées, les fonds restent bloqués sur le compte séquestre d’ESCRO.</w:t>
      </w:r>
    </w:p>
    <w:p w14:paraId="4F169F9D" w14:textId="6520E076" w:rsidR="00136EA8" w:rsidRDefault="009573DA">
      <w:r w:rsidRPr="00564894">
        <w:rPr>
          <w:lang w:val="fr-SN"/>
        </w:rPr>
        <w:t xml:space="preserve">Les Parties s’engagent à soumettre leur litige au service de Médiation d’ESCRO. </w:t>
      </w:r>
      <w:r>
        <w:t xml:space="preserve">À défaut d’accord amiable dans un délai de 30 jours, le litige sera tranché par les juridictions </w:t>
      </w:r>
      <w:r>
        <w:t>conformément au droit OHADA en vigueur.</w:t>
      </w:r>
    </w:p>
    <w:p w14:paraId="31F627C6" w14:textId="77777777" w:rsidR="00136EA8" w:rsidRPr="00564894" w:rsidRDefault="009573DA">
      <w:pPr>
        <w:spacing w:before="480" w:after="80"/>
        <w:rPr>
          <w:lang w:val="fr-SN"/>
        </w:rPr>
      </w:pPr>
      <w:r w:rsidRPr="00564894">
        <w:rPr>
          <w:i/>
          <w:lang w:val="fr-SN"/>
        </w:rPr>
        <w:lastRenderedPageBreak/>
        <w:t>Fait à [Ville de signature], le [Date de signature]</w:t>
      </w:r>
    </w:p>
    <w:p w14:paraId="4B609352" w14:textId="77777777" w:rsidR="00136EA8" w:rsidRDefault="009573DA">
      <w:pPr>
        <w:spacing w:after="480"/>
      </w:pPr>
      <w:r>
        <w:rPr>
          <w:i/>
        </w:rPr>
        <w:t>En deux exemplaires originaux.</w:t>
      </w:r>
    </w:p>
    <w:tbl>
      <w:tblPr>
        <w:tblW w:w="0" w:type="auto"/>
        <w:jc w:val="center"/>
        <w:tblLayout w:type="fixed"/>
        <w:tblCellMar>
          <w:top w:w="120" w:type="dxa"/>
          <w:left w:w="100" w:type="dxa"/>
          <w:bottom w:w="120" w:type="dxa"/>
          <w:right w:w="100" w:type="dxa"/>
        </w:tblCellMar>
        <w:tblLook w:val="04A0" w:firstRow="1" w:lastRow="0" w:firstColumn="1" w:lastColumn="0" w:noHBand="0" w:noVBand="1"/>
      </w:tblPr>
      <w:tblGrid>
        <w:gridCol w:w="4464"/>
        <w:gridCol w:w="4464"/>
      </w:tblGrid>
      <w:tr w:rsidR="00136EA8" w:rsidRPr="00564894" w14:paraId="376277C3" w14:textId="77777777">
        <w:trPr>
          <w:jc w:val="center"/>
        </w:trPr>
        <w:tc>
          <w:tcPr>
            <w:tcW w:w="4464" w:type="dxa"/>
            <w:tcBorders>
              <w:top w:val="single" w:sz="6" w:space="0" w:color="1F4E79"/>
            </w:tcBorders>
          </w:tcPr>
          <w:p w14:paraId="53009A10" w14:textId="77777777" w:rsidR="00136EA8" w:rsidRPr="00564894" w:rsidRDefault="009573DA">
            <w:pPr>
              <w:rPr>
                <w:lang w:val="fr-SN"/>
              </w:rPr>
            </w:pPr>
            <w:r w:rsidRPr="00564894">
              <w:rPr>
                <w:b/>
                <w:color w:val="1F4E79"/>
                <w:lang w:val="fr-SN"/>
              </w:rPr>
              <w:t>Pour l’Acheteur</w:t>
            </w:r>
            <w:r w:rsidRPr="00564894">
              <w:rPr>
                <w:b/>
                <w:color w:val="1F4E79"/>
                <w:lang w:val="fr-SN"/>
              </w:rPr>
              <w:br/>
            </w:r>
            <w:r w:rsidRPr="00564894">
              <w:rPr>
                <w:i/>
                <w:color w:val="595959"/>
                <w:sz w:val="19"/>
                <w:lang w:val="fr-SN"/>
              </w:rPr>
              <w:t>[Signature précédée de la mention "Bon pour accord"]</w:t>
            </w:r>
            <w:r w:rsidRPr="00564894">
              <w:rPr>
                <w:i/>
                <w:color w:val="595959"/>
                <w:sz w:val="19"/>
                <w:lang w:val="fr-SN"/>
              </w:rPr>
              <w:br/>
            </w:r>
            <w:r w:rsidRPr="00564894">
              <w:rPr>
                <w:i/>
                <w:color w:val="595959"/>
                <w:sz w:val="19"/>
                <w:lang w:val="fr-SN"/>
              </w:rPr>
              <w:br/>
            </w:r>
            <w:r w:rsidRPr="00564894">
              <w:rPr>
                <w:i/>
                <w:color w:val="595959"/>
                <w:sz w:val="19"/>
                <w:lang w:val="fr-SN"/>
              </w:rPr>
              <w:br/>
            </w:r>
            <w:r w:rsidRPr="00564894">
              <w:rPr>
                <w:i/>
                <w:color w:val="595959"/>
                <w:sz w:val="19"/>
                <w:lang w:val="fr-SN"/>
              </w:rPr>
              <w:br/>
            </w:r>
            <w:r w:rsidRPr="00564894">
              <w:rPr>
                <w:i/>
                <w:color w:val="595959"/>
                <w:sz w:val="19"/>
                <w:lang w:val="fr-SN"/>
              </w:rPr>
              <w:br/>
            </w:r>
          </w:p>
        </w:tc>
        <w:tc>
          <w:tcPr>
            <w:tcW w:w="4464" w:type="dxa"/>
            <w:tcBorders>
              <w:top w:val="single" w:sz="6" w:space="0" w:color="1F4E79"/>
            </w:tcBorders>
          </w:tcPr>
          <w:p w14:paraId="59233985" w14:textId="77777777" w:rsidR="00136EA8" w:rsidRPr="00564894" w:rsidRDefault="009573DA">
            <w:pPr>
              <w:rPr>
                <w:lang w:val="fr-SN"/>
              </w:rPr>
            </w:pPr>
            <w:r w:rsidRPr="00564894">
              <w:rPr>
                <w:b/>
                <w:color w:val="1F4E79"/>
                <w:lang w:val="fr-SN"/>
              </w:rPr>
              <w:t>Pour le Fournisseur</w:t>
            </w:r>
            <w:r w:rsidRPr="00564894">
              <w:rPr>
                <w:b/>
                <w:color w:val="1F4E79"/>
                <w:lang w:val="fr-SN"/>
              </w:rPr>
              <w:br/>
            </w:r>
            <w:r w:rsidRPr="00564894">
              <w:rPr>
                <w:i/>
                <w:color w:val="595959"/>
                <w:sz w:val="19"/>
                <w:lang w:val="fr-SN"/>
              </w:rPr>
              <w:t>[Signature précédée de la mention "Bon pour accord"]</w:t>
            </w:r>
            <w:r w:rsidRPr="00564894">
              <w:rPr>
                <w:i/>
                <w:color w:val="595959"/>
                <w:sz w:val="19"/>
                <w:lang w:val="fr-SN"/>
              </w:rPr>
              <w:br/>
            </w:r>
            <w:r w:rsidRPr="00564894">
              <w:rPr>
                <w:i/>
                <w:color w:val="595959"/>
                <w:sz w:val="19"/>
                <w:lang w:val="fr-SN"/>
              </w:rPr>
              <w:br/>
            </w:r>
            <w:r w:rsidRPr="00564894">
              <w:rPr>
                <w:i/>
                <w:color w:val="595959"/>
                <w:sz w:val="19"/>
                <w:lang w:val="fr-SN"/>
              </w:rPr>
              <w:br/>
            </w:r>
            <w:r w:rsidRPr="00564894">
              <w:rPr>
                <w:i/>
                <w:color w:val="595959"/>
                <w:sz w:val="19"/>
                <w:lang w:val="fr-SN"/>
              </w:rPr>
              <w:br/>
            </w:r>
            <w:r w:rsidRPr="00564894">
              <w:rPr>
                <w:i/>
                <w:color w:val="595959"/>
                <w:sz w:val="19"/>
                <w:lang w:val="fr-SN"/>
              </w:rPr>
              <w:br/>
            </w:r>
          </w:p>
        </w:tc>
      </w:tr>
    </w:tbl>
    <w:p w14:paraId="466EC549" w14:textId="77777777" w:rsidR="009573DA" w:rsidRPr="00564894" w:rsidRDefault="009573DA">
      <w:pPr>
        <w:rPr>
          <w:lang w:val="fr-SN"/>
        </w:rPr>
      </w:pPr>
    </w:p>
    <w:sectPr w:rsidR="009573DA" w:rsidRPr="00564894"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B0B3" w14:textId="77777777" w:rsidR="009573DA" w:rsidRDefault="009573DA">
      <w:pPr>
        <w:spacing w:after="0" w:line="240" w:lineRule="auto"/>
      </w:pPr>
      <w:r>
        <w:separator/>
      </w:r>
    </w:p>
  </w:endnote>
  <w:endnote w:type="continuationSeparator" w:id="0">
    <w:p w14:paraId="4A32C149" w14:textId="77777777" w:rsidR="009573DA" w:rsidRDefault="00957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FD05" w14:textId="5DA63C4B" w:rsidR="00136EA8" w:rsidRDefault="009573DA">
    <w:pPr>
      <w:pStyle w:val="Footer"/>
      <w:jc w:val="center"/>
    </w:pPr>
    <w:r>
      <w:rPr>
        <w:color w:val="7F7F7F"/>
        <w:sz w:val="18"/>
      </w:rPr>
      <w:t xml:space="preserve">Page </w:t>
    </w:r>
    <w:r>
      <w:rPr>
        <w:color w:val="7F7F7F"/>
        <w:sz w:val="18"/>
      </w:rPr>
      <w:fldChar w:fldCharType="begin"/>
    </w:r>
    <w:r>
      <w:rPr>
        <w:color w:val="7F7F7F"/>
        <w:sz w:val="18"/>
      </w:rPr>
      <w:instrText>PAGE</w:instrText>
    </w:r>
    <w:r w:rsidR="00564894">
      <w:rPr>
        <w:color w:val="7F7F7F"/>
        <w:sz w:val="18"/>
      </w:rPr>
      <w:fldChar w:fldCharType="separate"/>
    </w:r>
    <w:r w:rsidR="00564894">
      <w:rPr>
        <w:noProof/>
        <w:color w:val="7F7F7F"/>
        <w:sz w:val="18"/>
      </w:rPr>
      <w:t>1</w:t>
    </w:r>
    <w:r>
      <w:rPr>
        <w:color w:val="7F7F7F"/>
        <w:sz w:val="18"/>
      </w:rPr>
      <w:fldChar w:fldCharType="end"/>
    </w:r>
    <w:r>
      <w:t xml:space="preserve"> sur </w:t>
    </w:r>
    <w:r>
      <w:rPr>
        <w:color w:val="7F7F7F"/>
        <w:sz w:val="18"/>
      </w:rPr>
      <w:fldChar w:fldCharType="begin"/>
    </w:r>
    <w:r>
      <w:rPr>
        <w:color w:val="7F7F7F"/>
        <w:sz w:val="18"/>
      </w:rPr>
      <w:instrText>NUMPAGES</w:instrText>
    </w:r>
    <w:r w:rsidR="00564894">
      <w:rPr>
        <w:color w:val="7F7F7F"/>
        <w:sz w:val="18"/>
      </w:rPr>
      <w:fldChar w:fldCharType="separate"/>
    </w:r>
    <w:r w:rsidR="00564894">
      <w:rPr>
        <w:noProof/>
        <w:color w:val="7F7F7F"/>
        <w:sz w:val="18"/>
      </w:rPr>
      <w:t>2</w:t>
    </w:r>
    <w:r>
      <w:rPr>
        <w:color w:val="7F7F7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4821B" w14:textId="77777777" w:rsidR="009573DA" w:rsidRDefault="009573DA">
      <w:pPr>
        <w:spacing w:after="0" w:line="240" w:lineRule="auto"/>
      </w:pPr>
      <w:r>
        <w:separator/>
      </w:r>
    </w:p>
  </w:footnote>
  <w:footnote w:type="continuationSeparator" w:id="0">
    <w:p w14:paraId="35968504" w14:textId="77777777" w:rsidR="009573DA" w:rsidRDefault="00957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4707" w14:textId="77777777" w:rsidR="00136EA8" w:rsidRPr="00564894" w:rsidRDefault="009573DA">
    <w:pPr>
      <w:pStyle w:val="Header"/>
      <w:jc w:val="right"/>
      <w:rPr>
        <w:lang w:val="fr-SN"/>
      </w:rPr>
    </w:pPr>
    <w:r w:rsidRPr="00564894">
      <w:rPr>
        <w:color w:val="7F7F7F"/>
        <w:sz w:val="17"/>
        <w:lang w:val="fr-SN"/>
      </w:rPr>
      <w:t>CONTRAT DE FOURNITURE DE BIENS — ESCRO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0162575">
    <w:abstractNumId w:val="8"/>
  </w:num>
  <w:num w:numId="2" w16cid:durableId="1089814589">
    <w:abstractNumId w:val="6"/>
  </w:num>
  <w:num w:numId="3" w16cid:durableId="49161235">
    <w:abstractNumId w:val="5"/>
  </w:num>
  <w:num w:numId="4" w16cid:durableId="105972096">
    <w:abstractNumId w:val="4"/>
  </w:num>
  <w:num w:numId="5" w16cid:durableId="529029572">
    <w:abstractNumId w:val="7"/>
  </w:num>
  <w:num w:numId="6" w16cid:durableId="1559509848">
    <w:abstractNumId w:val="3"/>
  </w:num>
  <w:num w:numId="7" w16cid:durableId="1459101056">
    <w:abstractNumId w:val="2"/>
  </w:num>
  <w:num w:numId="8" w16cid:durableId="500777647">
    <w:abstractNumId w:val="1"/>
  </w:num>
  <w:num w:numId="9" w16cid:durableId="2044135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6EA8"/>
    <w:rsid w:val="0015074B"/>
    <w:rsid w:val="0029639D"/>
    <w:rsid w:val="00326F90"/>
    <w:rsid w:val="00564894"/>
    <w:rsid w:val="009573DA"/>
    <w:rsid w:val="00AA1D8D"/>
    <w:rsid w:val="00AA341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9682F85-DE64-4001-A8AC-3636DD56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1F1F1F"/>
    </w:rPr>
  </w:style>
  <w:style w:type="paragraph" w:styleId="Heading1">
    <w:name w:val="heading 1"/>
    <w:basedOn w:val="Normal"/>
    <w:next w:val="Normal"/>
    <w:link w:val="Heading1Char"/>
    <w:uiPriority w:val="9"/>
    <w:qFormat/>
    <w:rsid w:val="00FC693F"/>
    <w:pPr>
      <w:keepNext/>
      <w:keepLines/>
      <w:spacing w:before="32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709</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Saydou Dama</cp:lastModifiedBy>
  <cp:revision>2</cp:revision>
  <dcterms:created xsi:type="dcterms:W3CDTF">2013-12-23T23:15:00Z</dcterms:created>
  <dcterms:modified xsi:type="dcterms:W3CDTF">2026-09-14T18:37:00Z</dcterms:modified>
  <cp:category/>
</cp:coreProperties>
</file>